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069BD" w14:textId="07BE7CB6" w:rsidR="00D74781" w:rsidRPr="00CF10CE" w:rsidRDefault="001B6AA1" w:rsidP="00500F6F">
      <w:pPr>
        <w:pStyle w:val="Nadpis1"/>
        <w:ind w:left="-993" w:right="-999"/>
        <w:jc w:val="center"/>
        <w:rPr>
          <w:rFonts w:ascii="Arial" w:eastAsia="Calibri" w:hAnsi="Arial" w:cs="Arial"/>
          <w:bCs w:val="0"/>
          <w:color w:val="auto"/>
          <w:sz w:val="36"/>
          <w:szCs w:val="36"/>
          <w:lang w:val="cs-CZ"/>
        </w:rPr>
      </w:pPr>
      <w:r w:rsidRPr="00CF10CE">
        <w:rPr>
          <w:rFonts w:ascii="Arial" w:eastAsia="Calibri" w:hAnsi="Arial" w:cs="Arial"/>
          <w:bCs w:val="0"/>
          <w:color w:val="auto"/>
          <w:sz w:val="36"/>
          <w:szCs w:val="36"/>
          <w:lang w:val="cs-CZ"/>
        </w:rPr>
        <w:t>ZÁKLADNÍ ÚDAJE O NABÍDCE</w:t>
      </w:r>
      <w:r w:rsidR="00CF10CE">
        <w:rPr>
          <w:rFonts w:ascii="Arial" w:eastAsia="Calibri" w:hAnsi="Arial" w:cs="Arial"/>
          <w:bCs w:val="0"/>
          <w:color w:val="auto"/>
          <w:sz w:val="36"/>
          <w:szCs w:val="36"/>
          <w:lang w:val="cs-CZ"/>
        </w:rPr>
        <w:t xml:space="preserve"> č. </w:t>
      </w:r>
      <w:r w:rsidR="00B30D96">
        <w:rPr>
          <w:rFonts w:ascii="Arial" w:eastAsia="Calibri" w:hAnsi="Arial" w:cs="Arial"/>
          <w:bCs w:val="0"/>
          <w:color w:val="auto"/>
          <w:sz w:val="36"/>
          <w:szCs w:val="36"/>
          <w:lang w:val="cs-CZ"/>
        </w:rPr>
        <w:t>3</w:t>
      </w:r>
      <w:r w:rsidR="001B6CB6">
        <w:rPr>
          <w:rFonts w:ascii="Arial" w:eastAsia="Calibri" w:hAnsi="Arial" w:cs="Arial"/>
          <w:bCs w:val="0"/>
          <w:color w:val="auto"/>
          <w:sz w:val="36"/>
          <w:szCs w:val="36"/>
          <w:lang w:val="cs-CZ"/>
        </w:rPr>
        <w:t>2</w:t>
      </w:r>
      <w:r w:rsidR="00CF10CE">
        <w:rPr>
          <w:rFonts w:ascii="Arial" w:eastAsia="Calibri" w:hAnsi="Arial" w:cs="Arial"/>
          <w:bCs w:val="0"/>
          <w:color w:val="auto"/>
          <w:sz w:val="36"/>
          <w:szCs w:val="36"/>
          <w:lang w:val="cs-CZ"/>
        </w:rPr>
        <w:t>/2026</w:t>
      </w:r>
    </w:p>
    <w:p w14:paraId="7B05667A" w14:textId="77777777" w:rsidR="00D74781" w:rsidRDefault="001B6AA1" w:rsidP="00CF10CE">
      <w:pPr>
        <w:ind w:left="-993" w:right="-999"/>
        <w:jc w:val="center"/>
        <w:rPr>
          <w:rFonts w:ascii="Arial" w:eastAsia="Calibri" w:hAnsi="Arial" w:cs="Arial"/>
          <w:b/>
          <w:sz w:val="36"/>
          <w:szCs w:val="36"/>
          <w:lang w:val="cs-CZ"/>
        </w:rPr>
      </w:pPr>
      <w:r w:rsidRPr="00CF10CE">
        <w:rPr>
          <w:rFonts w:ascii="Arial" w:eastAsia="Calibri" w:hAnsi="Arial" w:cs="Arial"/>
          <w:b/>
          <w:sz w:val="36"/>
          <w:szCs w:val="36"/>
          <w:lang w:val="cs-CZ"/>
        </w:rPr>
        <w:t>(KRYCÍ LIST NABÍDKY)</w:t>
      </w:r>
    </w:p>
    <w:p w14:paraId="193948F7" w14:textId="77777777" w:rsidR="00D74781" w:rsidRPr="00CF10CE" w:rsidRDefault="001B6AA1" w:rsidP="00CF10CE">
      <w:pPr>
        <w:ind w:left="-993" w:right="-999"/>
        <w:jc w:val="center"/>
        <w:rPr>
          <w:rFonts w:ascii="Arial" w:eastAsia="Calibri" w:hAnsi="Arial" w:cs="Arial"/>
          <w:b/>
          <w:sz w:val="36"/>
          <w:szCs w:val="36"/>
          <w:lang w:val="cs-CZ"/>
        </w:rPr>
      </w:pPr>
      <w:r w:rsidRPr="00CF10CE">
        <w:rPr>
          <w:rFonts w:ascii="Arial" w:eastAsia="Calibri" w:hAnsi="Arial" w:cs="Arial"/>
          <w:b/>
          <w:sz w:val="36"/>
          <w:szCs w:val="36"/>
          <w:lang w:val="cs-CZ"/>
        </w:rPr>
        <w:t>s názvem:</w:t>
      </w:r>
    </w:p>
    <w:p w14:paraId="2CF14B9E" w14:textId="181AEDF5" w:rsidR="00CF10CE" w:rsidRDefault="00CF10CE" w:rsidP="001B6CB6">
      <w:pPr>
        <w:pStyle w:val="Default"/>
        <w:ind w:left="-993" w:right="-999"/>
        <w:jc w:val="center"/>
        <w:rPr>
          <w:rFonts w:ascii="Arial" w:hAnsi="Arial" w:cs="Arial"/>
          <w:b/>
          <w:sz w:val="36"/>
          <w:szCs w:val="36"/>
        </w:rPr>
      </w:pPr>
      <w:r w:rsidRPr="00245963">
        <w:rPr>
          <w:rFonts w:ascii="Arial" w:hAnsi="Arial" w:cs="Arial"/>
          <w:b/>
          <w:sz w:val="36"/>
          <w:szCs w:val="36"/>
        </w:rPr>
        <w:t>„</w:t>
      </w:r>
      <w:bookmarkStart w:id="0" w:name="_Hlk209091374"/>
      <w:bookmarkStart w:id="1" w:name="_Hlk193444428"/>
      <w:r w:rsidR="001B6CB6">
        <w:rPr>
          <w:rFonts w:ascii="Arial" w:hAnsi="Arial" w:cs="Arial"/>
          <w:b/>
          <w:sz w:val="36"/>
          <w:szCs w:val="36"/>
        </w:rPr>
        <w:t>Modernizace interiérů vč. dodávky a montáže vybavení nebytového prostoru na ul. Dlouhá třída 460/1 Havířov-Město</w:t>
      </w:r>
      <w:bookmarkEnd w:id="0"/>
      <w:bookmarkEnd w:id="1"/>
      <w:r w:rsidRPr="00245963">
        <w:rPr>
          <w:rFonts w:ascii="Arial" w:hAnsi="Arial" w:cs="Arial"/>
          <w:b/>
          <w:sz w:val="36"/>
          <w:szCs w:val="36"/>
        </w:rPr>
        <w:t>“</w:t>
      </w:r>
    </w:p>
    <w:p w14:paraId="51E5CE0C" w14:textId="77777777" w:rsidR="003F4AB7" w:rsidRPr="003F4AB7" w:rsidRDefault="003F4AB7" w:rsidP="00EE60FD">
      <w:pPr>
        <w:pStyle w:val="Default"/>
        <w:ind w:left="-993" w:right="-999"/>
        <w:jc w:val="center"/>
        <w:rPr>
          <w:rFonts w:ascii="Arial" w:hAnsi="Arial" w:cs="Arial"/>
          <w:b/>
          <w:sz w:val="16"/>
          <w:szCs w:val="16"/>
        </w:rPr>
      </w:pPr>
    </w:p>
    <w:p w14:paraId="32FDC36E" w14:textId="77777777" w:rsidR="00C74E05" w:rsidRDefault="00C74E05" w:rsidP="00C74E05">
      <w:pPr>
        <w:pStyle w:val="Default"/>
        <w:jc w:val="center"/>
        <w:rPr>
          <w:rFonts w:ascii="Arial" w:hAnsi="Arial" w:cs="Arial"/>
          <w:b/>
          <w:sz w:val="16"/>
          <w:szCs w:val="16"/>
        </w:rPr>
      </w:pPr>
    </w:p>
    <w:p w14:paraId="4C3F1C8A" w14:textId="77777777" w:rsidR="00C74E05" w:rsidRPr="00C043AB" w:rsidRDefault="00C74E05" w:rsidP="00C74E05">
      <w:pPr>
        <w:pStyle w:val="Default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74E05" w14:paraId="6BB0479A" w14:textId="77777777" w:rsidTr="00E17BB3">
        <w:tc>
          <w:tcPr>
            <w:tcW w:w="4320" w:type="dxa"/>
          </w:tcPr>
          <w:p w14:paraId="2C36C236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CF10CE"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  <w:t>Identifikační</w:t>
            </w:r>
            <w:proofErr w:type="spellEnd"/>
            <w:r w:rsidRPr="00CF10CE"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  <w:t xml:space="preserve"> údaje </w:t>
            </w:r>
            <w:proofErr w:type="spellStart"/>
            <w:r w:rsidRPr="00CF10CE"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  <w:t>účastníka</w:t>
            </w:r>
            <w:proofErr w:type="spellEnd"/>
            <w:r w:rsidRPr="0083004D">
              <w:rPr>
                <w:rFonts w:ascii="Arial" w:eastAsia="Calibri" w:hAnsi="Arial" w:cs="Arial"/>
                <w:sz w:val="20"/>
                <w:szCs w:val="20"/>
                <w:u w:val="single"/>
              </w:rPr>
              <w:t>:</w:t>
            </w:r>
          </w:p>
        </w:tc>
        <w:tc>
          <w:tcPr>
            <w:tcW w:w="4320" w:type="dxa"/>
          </w:tcPr>
          <w:p w14:paraId="4BC5508E" w14:textId="77777777" w:rsidR="00C74E05" w:rsidRPr="00A042A1" w:rsidRDefault="00C74E05" w:rsidP="00E17BB3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A042A1">
              <w:rPr>
                <w:rFonts w:ascii="Arial" w:eastAsia="Calibri" w:hAnsi="Arial" w:cs="Arial"/>
                <w:bCs/>
                <w:sz w:val="20"/>
                <w:szCs w:val="20"/>
              </w:rPr>
              <w:t>…………....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...........</w:t>
            </w:r>
          </w:p>
        </w:tc>
      </w:tr>
      <w:tr w:rsidR="00C74E05" w14:paraId="4054D67D" w14:textId="77777777" w:rsidTr="00E17BB3">
        <w:tc>
          <w:tcPr>
            <w:tcW w:w="4320" w:type="dxa"/>
          </w:tcPr>
          <w:p w14:paraId="64B7CDFD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004D">
              <w:rPr>
                <w:rFonts w:ascii="Arial" w:eastAsia="Calibri" w:hAnsi="Arial" w:cs="Arial"/>
                <w:sz w:val="20"/>
                <w:szCs w:val="20"/>
              </w:rPr>
              <w:t xml:space="preserve">Se </w:t>
            </w:r>
            <w:proofErr w:type="spellStart"/>
            <w:r w:rsidRPr="0083004D">
              <w:rPr>
                <w:rFonts w:ascii="Arial" w:eastAsia="Calibri" w:hAnsi="Arial" w:cs="Arial"/>
                <w:sz w:val="20"/>
                <w:szCs w:val="20"/>
              </w:rPr>
              <w:t>sídlem</w:t>
            </w:r>
            <w:proofErr w:type="spellEnd"/>
            <w:r w:rsidRPr="0083004D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4320" w:type="dxa"/>
          </w:tcPr>
          <w:p w14:paraId="7A66443D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004D">
              <w:rPr>
                <w:rFonts w:ascii="Arial" w:eastAsia="Calibri" w:hAnsi="Arial" w:cs="Arial"/>
                <w:sz w:val="20"/>
                <w:szCs w:val="20"/>
              </w:rPr>
              <w:t>…………………….</w:t>
            </w:r>
          </w:p>
        </w:tc>
      </w:tr>
      <w:tr w:rsidR="00C74E05" w14:paraId="1B9E1C22" w14:textId="77777777" w:rsidTr="00E17BB3">
        <w:tc>
          <w:tcPr>
            <w:tcW w:w="4320" w:type="dxa"/>
          </w:tcPr>
          <w:p w14:paraId="11B55CD8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83004D">
              <w:rPr>
                <w:rFonts w:ascii="Arial" w:eastAsia="Calibri" w:hAnsi="Arial" w:cs="Arial"/>
                <w:sz w:val="20"/>
                <w:szCs w:val="20"/>
              </w:rPr>
              <w:t>Zastoupen</w:t>
            </w:r>
            <w:proofErr w:type="spellEnd"/>
            <w:r w:rsidRPr="0083004D"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320" w:type="dxa"/>
          </w:tcPr>
          <w:p w14:paraId="75B77F5D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004D">
              <w:rPr>
                <w:rFonts w:ascii="Arial" w:eastAsia="Calibri" w:hAnsi="Arial" w:cs="Arial"/>
                <w:sz w:val="20"/>
                <w:szCs w:val="20"/>
              </w:rPr>
              <w:t>……………</w:t>
            </w:r>
            <w:r>
              <w:rPr>
                <w:rFonts w:ascii="Arial" w:eastAsia="Calibri" w:hAnsi="Arial" w:cs="Arial"/>
                <w:sz w:val="20"/>
                <w:szCs w:val="20"/>
              </w:rPr>
              <w:t>……….</w:t>
            </w:r>
          </w:p>
        </w:tc>
      </w:tr>
      <w:tr w:rsidR="00C74E05" w14:paraId="29D0F7EF" w14:textId="77777777" w:rsidTr="00E17BB3">
        <w:tc>
          <w:tcPr>
            <w:tcW w:w="4320" w:type="dxa"/>
          </w:tcPr>
          <w:p w14:paraId="1BA9F5E2" w14:textId="77777777" w:rsidR="00C74E05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proofErr w:type="spellStart"/>
            <w:r w:rsidRPr="00F84929">
              <w:rPr>
                <w:rFonts w:ascii="Arial" w:eastAsia="Calibri" w:hAnsi="Arial" w:cs="Arial"/>
                <w:sz w:val="20"/>
                <w:szCs w:val="20"/>
                <w:lang w:val="pl-PL"/>
              </w:rPr>
              <w:t>Pověřená</w:t>
            </w:r>
            <w:proofErr w:type="spellEnd"/>
            <w:r w:rsidRPr="00F84929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osoba-</w:t>
            </w:r>
            <w:proofErr w:type="spellStart"/>
            <w:r w:rsidRPr="00F84929">
              <w:rPr>
                <w:rFonts w:ascii="Arial" w:eastAsia="Calibri" w:hAnsi="Arial" w:cs="Arial"/>
                <w:sz w:val="20"/>
                <w:szCs w:val="20"/>
                <w:lang w:val="pl-PL"/>
              </w:rPr>
              <w:t>technické</w:t>
            </w:r>
            <w:proofErr w:type="spellEnd"/>
            <w:r w:rsidRPr="00F84929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84929">
              <w:rPr>
                <w:rFonts w:ascii="Arial" w:eastAsia="Calibri" w:hAnsi="Arial" w:cs="Arial"/>
                <w:sz w:val="20"/>
                <w:szCs w:val="20"/>
                <w:lang w:val="pl-PL"/>
              </w:rPr>
              <w:t>věci</w:t>
            </w:r>
            <w:proofErr w:type="spellEnd"/>
            <w:r w:rsidRPr="00F84929">
              <w:rPr>
                <w:rFonts w:ascii="Arial" w:eastAsia="Calibri" w:hAnsi="Arial" w:cs="Arial"/>
                <w:sz w:val="20"/>
                <w:szCs w:val="20"/>
                <w:lang w:val="pl-PL"/>
              </w:rPr>
              <w:t>:</w:t>
            </w:r>
          </w:p>
          <w:p w14:paraId="624A950C" w14:textId="77777777" w:rsidR="00C74E05" w:rsidRPr="00F84929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pl-PL"/>
              </w:rPr>
              <w:t>Tel:</w:t>
            </w:r>
          </w:p>
          <w:p w14:paraId="6244E52B" w14:textId="77777777" w:rsidR="00C74E05" w:rsidRPr="00F84929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F84929">
              <w:rPr>
                <w:rFonts w:ascii="Arial" w:eastAsia="Calibri" w:hAnsi="Arial" w:cs="Arial"/>
                <w:sz w:val="20"/>
                <w:szCs w:val="20"/>
                <w:lang w:val="pl-PL"/>
              </w:rPr>
              <w:t>Email:</w:t>
            </w:r>
          </w:p>
        </w:tc>
        <w:tc>
          <w:tcPr>
            <w:tcW w:w="4320" w:type="dxa"/>
          </w:tcPr>
          <w:p w14:paraId="08188D79" w14:textId="77777777" w:rsidR="00C74E05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…………………….</w:t>
            </w:r>
          </w:p>
          <w:p w14:paraId="30F80F2F" w14:textId="77777777" w:rsidR="00C74E05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…………………….</w:t>
            </w:r>
          </w:p>
          <w:p w14:paraId="376B48B4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…………………….</w:t>
            </w:r>
          </w:p>
        </w:tc>
      </w:tr>
      <w:tr w:rsidR="00C74E05" w14:paraId="300B72D5" w14:textId="77777777" w:rsidTr="00E17BB3">
        <w:tc>
          <w:tcPr>
            <w:tcW w:w="4320" w:type="dxa"/>
          </w:tcPr>
          <w:p w14:paraId="50C45DCC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83004D">
              <w:rPr>
                <w:rFonts w:ascii="Arial" w:eastAsia="Calibri" w:hAnsi="Arial" w:cs="Arial"/>
                <w:sz w:val="20"/>
                <w:szCs w:val="20"/>
              </w:rPr>
              <w:t>Bankovní</w:t>
            </w:r>
            <w:proofErr w:type="spellEnd"/>
            <w:r w:rsidRPr="0083004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3004D">
              <w:rPr>
                <w:rFonts w:ascii="Arial" w:eastAsia="Calibri" w:hAnsi="Arial" w:cs="Arial"/>
                <w:sz w:val="20"/>
                <w:szCs w:val="20"/>
              </w:rPr>
              <w:t>spojení</w:t>
            </w:r>
            <w:proofErr w:type="spellEnd"/>
            <w:r w:rsidRPr="0083004D">
              <w:rPr>
                <w:rFonts w:ascii="Arial" w:eastAsia="Calibri" w:hAnsi="Arial" w:cs="Arial"/>
                <w:sz w:val="20"/>
                <w:szCs w:val="20"/>
              </w:rPr>
              <w:t xml:space="preserve"> :</w:t>
            </w:r>
            <w:proofErr w:type="gramEnd"/>
            <w:r w:rsidRPr="0083004D">
              <w:rPr>
                <w:rFonts w:ascii="Arial" w:eastAsia="Calibri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4320" w:type="dxa"/>
          </w:tcPr>
          <w:p w14:paraId="184F2A03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004D">
              <w:rPr>
                <w:rFonts w:ascii="Arial" w:eastAsia="Calibri" w:hAnsi="Arial" w:cs="Arial"/>
                <w:sz w:val="20"/>
                <w:szCs w:val="20"/>
              </w:rPr>
              <w:t>…………………</w:t>
            </w:r>
            <w:r>
              <w:rPr>
                <w:rFonts w:ascii="Arial" w:eastAsia="Calibri" w:hAnsi="Arial" w:cs="Arial"/>
                <w:sz w:val="20"/>
                <w:szCs w:val="20"/>
              </w:rPr>
              <w:t>….</w:t>
            </w:r>
          </w:p>
        </w:tc>
      </w:tr>
      <w:tr w:rsidR="00C74E05" w14:paraId="6F717A35" w14:textId="77777777" w:rsidTr="00E17BB3">
        <w:tc>
          <w:tcPr>
            <w:tcW w:w="4320" w:type="dxa"/>
          </w:tcPr>
          <w:p w14:paraId="424122A1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83004D">
              <w:rPr>
                <w:rFonts w:ascii="Arial" w:eastAsia="Calibri" w:hAnsi="Arial" w:cs="Arial"/>
                <w:sz w:val="20"/>
                <w:szCs w:val="20"/>
              </w:rPr>
              <w:t>č.ú</w:t>
            </w:r>
            <w:proofErr w:type="spellEnd"/>
            <w:r w:rsidRPr="0083004D">
              <w:rPr>
                <w:rFonts w:ascii="Arial" w:eastAsia="Calibri" w:hAnsi="Arial" w:cs="Arial"/>
                <w:sz w:val="20"/>
                <w:szCs w:val="20"/>
              </w:rPr>
              <w:t>.:</w:t>
            </w:r>
          </w:p>
        </w:tc>
        <w:tc>
          <w:tcPr>
            <w:tcW w:w="4320" w:type="dxa"/>
          </w:tcPr>
          <w:p w14:paraId="57DA5EBE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004D">
              <w:rPr>
                <w:rFonts w:ascii="Arial" w:eastAsia="Calibri" w:hAnsi="Arial" w:cs="Arial"/>
                <w:sz w:val="20"/>
                <w:szCs w:val="20"/>
              </w:rPr>
              <w:t>…………</w:t>
            </w:r>
            <w:r>
              <w:rPr>
                <w:rFonts w:ascii="Arial" w:eastAsia="Calibri" w:hAnsi="Arial" w:cs="Arial"/>
                <w:sz w:val="20"/>
                <w:szCs w:val="20"/>
              </w:rPr>
              <w:t>………….</w:t>
            </w:r>
          </w:p>
        </w:tc>
      </w:tr>
      <w:tr w:rsidR="00C74E05" w14:paraId="5F55E3A4" w14:textId="77777777" w:rsidTr="00E17BB3">
        <w:tc>
          <w:tcPr>
            <w:tcW w:w="4320" w:type="dxa"/>
          </w:tcPr>
          <w:p w14:paraId="6F6A45A0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83004D">
              <w:rPr>
                <w:rFonts w:ascii="Arial" w:eastAsia="Calibri" w:hAnsi="Arial" w:cs="Arial"/>
                <w:sz w:val="20"/>
                <w:szCs w:val="20"/>
              </w:rPr>
              <w:t>IČ :</w:t>
            </w:r>
            <w:proofErr w:type="gramEnd"/>
          </w:p>
        </w:tc>
        <w:tc>
          <w:tcPr>
            <w:tcW w:w="4320" w:type="dxa"/>
          </w:tcPr>
          <w:p w14:paraId="5AFE0D6D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004D">
              <w:rPr>
                <w:rFonts w:ascii="Arial" w:eastAsia="Calibri" w:hAnsi="Arial" w:cs="Arial"/>
                <w:sz w:val="20"/>
                <w:szCs w:val="20"/>
              </w:rPr>
              <w:t>……………………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C74E05" w14:paraId="51AE38E2" w14:textId="77777777" w:rsidTr="00E17BB3">
        <w:tc>
          <w:tcPr>
            <w:tcW w:w="4320" w:type="dxa"/>
          </w:tcPr>
          <w:p w14:paraId="7D0AEAA2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83004D">
              <w:rPr>
                <w:rFonts w:ascii="Arial" w:eastAsia="Calibri" w:hAnsi="Arial" w:cs="Arial"/>
                <w:sz w:val="20"/>
                <w:szCs w:val="20"/>
              </w:rPr>
              <w:t>DIČ :</w:t>
            </w:r>
            <w:proofErr w:type="gramEnd"/>
            <w:r w:rsidRPr="0083004D">
              <w:rPr>
                <w:rFonts w:ascii="Arial" w:eastAsia="Calibri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4320" w:type="dxa"/>
          </w:tcPr>
          <w:p w14:paraId="26D843D0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004D">
              <w:rPr>
                <w:rFonts w:ascii="Arial" w:eastAsia="Calibri" w:hAnsi="Arial" w:cs="Arial"/>
                <w:sz w:val="20"/>
                <w:szCs w:val="20"/>
              </w:rPr>
              <w:t>…………………</w:t>
            </w:r>
            <w:r>
              <w:rPr>
                <w:rFonts w:ascii="Arial" w:eastAsia="Calibri" w:hAnsi="Arial" w:cs="Arial"/>
                <w:sz w:val="20"/>
                <w:szCs w:val="20"/>
              </w:rPr>
              <w:t>….</w:t>
            </w:r>
          </w:p>
        </w:tc>
      </w:tr>
      <w:tr w:rsidR="00C74E05" w14:paraId="085E0181" w14:textId="77777777" w:rsidTr="00E17BB3">
        <w:tc>
          <w:tcPr>
            <w:tcW w:w="4320" w:type="dxa"/>
          </w:tcPr>
          <w:p w14:paraId="23C92A64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83004D">
              <w:rPr>
                <w:rFonts w:ascii="Arial" w:eastAsia="Calibri" w:hAnsi="Arial" w:cs="Arial"/>
                <w:sz w:val="20"/>
                <w:szCs w:val="20"/>
              </w:rPr>
              <w:t>Zapsán</w:t>
            </w:r>
            <w:proofErr w:type="spellEnd"/>
            <w:r w:rsidRPr="0083004D">
              <w:rPr>
                <w:rFonts w:ascii="Arial" w:eastAsia="Calibri" w:hAnsi="Arial" w:cs="Arial"/>
                <w:sz w:val="20"/>
                <w:szCs w:val="20"/>
              </w:rPr>
              <w:t xml:space="preserve"> u:</w:t>
            </w:r>
          </w:p>
        </w:tc>
        <w:tc>
          <w:tcPr>
            <w:tcW w:w="4320" w:type="dxa"/>
          </w:tcPr>
          <w:p w14:paraId="776C1491" w14:textId="77777777" w:rsidR="00C74E05" w:rsidRPr="0083004D" w:rsidRDefault="00C74E05" w:rsidP="00E17BB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…………………….</w:t>
            </w:r>
          </w:p>
        </w:tc>
      </w:tr>
    </w:tbl>
    <w:p w14:paraId="196C6B09" w14:textId="77777777" w:rsidR="00C74E05" w:rsidRDefault="00C74E05" w:rsidP="00C74E05">
      <w:pPr>
        <w:ind w:left="2977" w:hanging="2977"/>
        <w:rPr>
          <w:rFonts w:ascii="Arial" w:hAnsi="Arial" w:cs="Arial"/>
          <w:bCs/>
          <w:sz w:val="20"/>
          <w:szCs w:val="20"/>
        </w:rPr>
      </w:pPr>
    </w:p>
    <w:p w14:paraId="0F221FAC" w14:textId="54A5EE57" w:rsidR="00C441DD" w:rsidRPr="00C441DD" w:rsidRDefault="00C441DD" w:rsidP="001B6AA1">
      <w:pPr>
        <w:ind w:left="-993" w:right="-999" w:hanging="3600"/>
        <w:rPr>
          <w:rFonts w:ascii="Arial" w:hAnsi="Arial" w:cs="Arial"/>
          <w:b/>
          <w:sz w:val="20"/>
          <w:szCs w:val="20"/>
        </w:rPr>
      </w:pPr>
      <w:proofErr w:type="spellStart"/>
      <w:r w:rsidRPr="00C441DD">
        <w:rPr>
          <w:rFonts w:ascii="Arial" w:eastAsia="Calibri" w:hAnsi="Arial" w:cs="Arial"/>
          <w:b/>
          <w:bCs/>
          <w:sz w:val="20"/>
          <w:szCs w:val="20"/>
          <w:u w:val="single"/>
        </w:rPr>
        <w:t>Nabídnutá</w:t>
      </w:r>
      <w:proofErr w:type="spellEnd"/>
      <w:r w:rsidRPr="00C441DD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C441DD">
        <w:rPr>
          <w:rFonts w:ascii="Arial" w:eastAsia="Calibri" w:hAnsi="Arial" w:cs="Arial"/>
          <w:b/>
          <w:bCs/>
          <w:sz w:val="20"/>
          <w:szCs w:val="20"/>
          <w:u w:val="single"/>
        </w:rPr>
        <w:t>cena</w:t>
      </w:r>
      <w:bookmarkStart w:id="2" w:name="_Hlk96678743"/>
      <w:proofErr w:type="spellEnd"/>
      <w:r w:rsidRPr="00C441DD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 bez DPH</w:t>
      </w:r>
      <w:bookmarkEnd w:id="2"/>
      <w:r w:rsidRPr="00C441DD">
        <w:rPr>
          <w:rFonts w:ascii="Arial" w:hAnsi="Arial" w:cs="Arial"/>
          <w:b/>
          <w:sz w:val="20"/>
          <w:szCs w:val="20"/>
        </w:rPr>
        <w:t xml:space="preserve">: </w:t>
      </w:r>
      <w:r w:rsidR="0072465B">
        <w:rPr>
          <w:rFonts w:ascii="Arial" w:hAnsi="Arial" w:cs="Arial"/>
          <w:b/>
          <w:sz w:val="20"/>
          <w:szCs w:val="20"/>
        </w:rPr>
        <w:t xml:space="preserve">            </w:t>
      </w:r>
      <w:r w:rsidR="00C74E05">
        <w:rPr>
          <w:rFonts w:ascii="Arial" w:hAnsi="Arial" w:cs="Arial"/>
          <w:b/>
          <w:sz w:val="20"/>
          <w:szCs w:val="20"/>
        </w:rPr>
        <w:tab/>
      </w:r>
      <w:proofErr w:type="spellStart"/>
      <w:r w:rsidR="00C74E05" w:rsidRPr="00C441DD">
        <w:rPr>
          <w:rFonts w:ascii="Arial" w:eastAsia="Calibri" w:hAnsi="Arial" w:cs="Arial"/>
          <w:b/>
          <w:bCs/>
          <w:sz w:val="20"/>
          <w:szCs w:val="20"/>
          <w:u w:val="single"/>
        </w:rPr>
        <w:t>Nabídnutá</w:t>
      </w:r>
      <w:proofErr w:type="spellEnd"/>
      <w:r w:rsidR="00C74E05" w:rsidRPr="00C441DD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 cena bez DPH</w:t>
      </w:r>
      <w:r w:rsidR="00C74E05" w:rsidRPr="00C441DD">
        <w:rPr>
          <w:rFonts w:ascii="Arial" w:hAnsi="Arial" w:cs="Arial"/>
          <w:b/>
          <w:sz w:val="20"/>
          <w:szCs w:val="20"/>
        </w:rPr>
        <w:t>:</w:t>
      </w:r>
      <w:r w:rsidR="00C74E05">
        <w:rPr>
          <w:rFonts w:ascii="Arial" w:hAnsi="Arial" w:cs="Arial"/>
          <w:b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b/>
          <w:sz w:val="20"/>
          <w:szCs w:val="20"/>
        </w:rPr>
        <w:t>N</w:t>
      </w:r>
      <w:r w:rsidRPr="00C441DD">
        <w:rPr>
          <w:rFonts w:ascii="Arial" w:hAnsi="Arial" w:cs="Arial"/>
          <w:b/>
          <w:color w:val="000000"/>
          <w:sz w:val="20"/>
          <w:szCs w:val="20"/>
        </w:rPr>
        <w:t xml:space="preserve">EUVÁDĚT, </w:t>
      </w:r>
      <w:proofErr w:type="spellStart"/>
      <w:r w:rsidR="001B6AA1">
        <w:rPr>
          <w:rFonts w:ascii="Arial" w:hAnsi="Arial" w:cs="Arial"/>
          <w:b/>
          <w:color w:val="000000"/>
          <w:sz w:val="20"/>
          <w:szCs w:val="20"/>
        </w:rPr>
        <w:t>cena</w:t>
      </w:r>
      <w:proofErr w:type="spellEnd"/>
      <w:r w:rsidR="001B6AA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bude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C441DD">
        <w:rPr>
          <w:rFonts w:ascii="Arial" w:hAnsi="Arial" w:cs="Arial"/>
          <w:b/>
          <w:color w:val="000000"/>
          <w:sz w:val="20"/>
          <w:szCs w:val="20"/>
        </w:rPr>
        <w:t>uvedena</w:t>
      </w:r>
      <w:proofErr w:type="spellEnd"/>
      <w:r w:rsidRPr="00C441DD">
        <w:rPr>
          <w:rFonts w:ascii="Arial" w:hAnsi="Arial" w:cs="Arial"/>
          <w:b/>
          <w:color w:val="000000"/>
          <w:sz w:val="20"/>
          <w:szCs w:val="20"/>
        </w:rPr>
        <w:t xml:space="preserve"> v </w:t>
      </w:r>
      <w:proofErr w:type="spellStart"/>
      <w:r w:rsidRPr="00C441DD">
        <w:rPr>
          <w:rFonts w:ascii="Arial" w:hAnsi="Arial" w:cs="Arial"/>
          <w:b/>
          <w:color w:val="000000"/>
          <w:sz w:val="20"/>
          <w:szCs w:val="20"/>
        </w:rPr>
        <w:t>návrhu</w:t>
      </w:r>
      <w:proofErr w:type="spellEnd"/>
      <w:r w:rsidRPr="00C441D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C441DD">
        <w:rPr>
          <w:rFonts w:ascii="Arial" w:hAnsi="Arial" w:cs="Arial"/>
          <w:b/>
          <w:color w:val="000000"/>
          <w:sz w:val="20"/>
          <w:szCs w:val="20"/>
        </w:rPr>
        <w:t>Sm</w:t>
      </w:r>
      <w:r>
        <w:rPr>
          <w:rFonts w:ascii="Arial" w:hAnsi="Arial" w:cs="Arial"/>
          <w:b/>
          <w:color w:val="000000"/>
          <w:sz w:val="20"/>
          <w:szCs w:val="20"/>
        </w:rPr>
        <w:t>louvy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dílo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56F67E75" w14:textId="4CEEC1FE" w:rsidR="00FE1B2C" w:rsidRPr="00462753" w:rsidRDefault="0033190C" w:rsidP="00FE1B2C">
      <w:pPr>
        <w:ind w:left="-993" w:right="-99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Doba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záruky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33190C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Pr="0033190C">
        <w:rPr>
          <w:rFonts w:ascii="Arial" w:hAnsi="Arial" w:cs="Arial"/>
          <w:color w:val="000000"/>
          <w:sz w:val="20"/>
          <w:szCs w:val="20"/>
        </w:rPr>
        <w:t>práce</w:t>
      </w:r>
      <w:proofErr w:type="spellEnd"/>
      <w:r w:rsidRPr="0033190C">
        <w:rPr>
          <w:rFonts w:ascii="Arial" w:hAnsi="Arial" w:cs="Arial"/>
          <w:color w:val="000000"/>
          <w:sz w:val="20"/>
          <w:szCs w:val="20"/>
        </w:rPr>
        <w:t xml:space="preserve"> + </w:t>
      </w:r>
      <w:proofErr w:type="spellStart"/>
      <w:r w:rsidRPr="0033190C">
        <w:rPr>
          <w:rFonts w:ascii="Arial" w:hAnsi="Arial" w:cs="Arial"/>
          <w:color w:val="000000"/>
          <w:sz w:val="20"/>
          <w:szCs w:val="20"/>
        </w:rPr>
        <w:t>materiál</w:t>
      </w:r>
      <w:proofErr w:type="spellEnd"/>
      <w:r w:rsidRPr="0033190C">
        <w:rPr>
          <w:rFonts w:ascii="Arial" w:hAnsi="Arial" w:cs="Arial"/>
          <w:color w:val="000000"/>
          <w:sz w:val="20"/>
          <w:szCs w:val="20"/>
        </w:rPr>
        <w:t xml:space="preserve">) min. 24 </w:t>
      </w:r>
      <w:proofErr w:type="spellStart"/>
      <w:r w:rsidRPr="0033190C">
        <w:rPr>
          <w:rFonts w:ascii="Arial" w:hAnsi="Arial" w:cs="Arial"/>
          <w:color w:val="000000"/>
          <w:sz w:val="20"/>
          <w:szCs w:val="20"/>
        </w:rPr>
        <w:t>měsíců</w:t>
      </w:r>
      <w:proofErr w:type="spellEnd"/>
      <w:r w:rsidR="00F84929" w:rsidRPr="0033190C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62753" w:rsidRPr="00DE6A58">
        <w:rPr>
          <w:rFonts w:ascii="Arial" w:hAnsi="Arial" w:cs="Arial"/>
          <w:sz w:val="20"/>
          <w:szCs w:val="20"/>
        </w:rPr>
        <w:t xml:space="preserve"> </w:t>
      </w:r>
      <w:r w:rsidR="00462753">
        <w:rPr>
          <w:rFonts w:ascii="Arial" w:hAnsi="Arial" w:cs="Arial"/>
          <w:b/>
          <w:sz w:val="20"/>
          <w:szCs w:val="20"/>
        </w:rPr>
        <w:t xml:space="preserve">                </w:t>
      </w:r>
      <w:r w:rsidR="00626110">
        <w:rPr>
          <w:rFonts w:ascii="Arial" w:hAnsi="Arial" w:cs="Arial"/>
          <w:b/>
          <w:sz w:val="20"/>
          <w:szCs w:val="20"/>
        </w:rPr>
        <w:tab/>
      </w:r>
      <w:r w:rsidR="00626110">
        <w:rPr>
          <w:rFonts w:ascii="Arial" w:hAnsi="Arial" w:cs="Arial"/>
          <w:b/>
          <w:sz w:val="20"/>
          <w:szCs w:val="20"/>
        </w:rPr>
        <w:tab/>
      </w:r>
      <w:r w:rsidR="00626110">
        <w:rPr>
          <w:rFonts w:ascii="Arial" w:hAnsi="Arial" w:cs="Arial"/>
          <w:b/>
          <w:sz w:val="20"/>
          <w:szCs w:val="20"/>
        </w:rPr>
        <w:tab/>
      </w:r>
      <w:r w:rsidR="00626110">
        <w:rPr>
          <w:rFonts w:ascii="Arial" w:hAnsi="Arial" w:cs="Arial"/>
          <w:b/>
          <w:sz w:val="20"/>
          <w:szCs w:val="20"/>
        </w:rPr>
        <w:tab/>
      </w:r>
      <w:r w:rsidR="00C74E05" w:rsidRPr="00C74E05">
        <w:rPr>
          <w:rFonts w:ascii="Arial" w:hAnsi="Arial" w:cs="Arial"/>
          <w:b/>
          <w:sz w:val="20"/>
          <w:szCs w:val="20"/>
        </w:rPr>
        <w:t>……………</w:t>
      </w:r>
      <w:proofErr w:type="gramStart"/>
      <w:r w:rsidR="00C74E05" w:rsidRPr="00C74E05">
        <w:rPr>
          <w:rFonts w:ascii="Arial" w:hAnsi="Arial" w:cs="Arial"/>
          <w:b/>
          <w:sz w:val="20"/>
          <w:szCs w:val="20"/>
        </w:rPr>
        <w:t>…..</w:t>
      </w:r>
      <w:proofErr w:type="gramEnd"/>
    </w:p>
    <w:p w14:paraId="3230A2A7" w14:textId="05B1EC3E" w:rsidR="00B04597" w:rsidRPr="001B6CB6" w:rsidRDefault="0033190C" w:rsidP="00C74E05">
      <w:pPr>
        <w:ind w:left="-993" w:right="-999"/>
        <w:rPr>
          <w:rFonts w:ascii="Arial" w:hAnsi="Arial" w:cs="Arial"/>
          <w:b/>
          <w:bCs/>
          <w:color w:val="000000"/>
          <w:sz w:val="20"/>
          <w:szCs w:val="20"/>
        </w:rPr>
      </w:pPr>
      <w:r w:rsidRPr="00952662">
        <w:rPr>
          <w:rFonts w:ascii="Arial" w:hAnsi="Arial" w:cs="Arial"/>
          <w:b/>
          <w:bCs/>
          <w:color w:val="000000"/>
          <w:sz w:val="20"/>
          <w:szCs w:val="20"/>
        </w:rPr>
        <w:t xml:space="preserve">Doba </w:t>
      </w:r>
      <w:proofErr w:type="spellStart"/>
      <w:r w:rsidRPr="00952662">
        <w:rPr>
          <w:rFonts w:ascii="Arial" w:hAnsi="Arial" w:cs="Arial"/>
          <w:b/>
          <w:bCs/>
          <w:color w:val="000000"/>
          <w:sz w:val="20"/>
          <w:szCs w:val="20"/>
        </w:rPr>
        <w:t>provádění</w:t>
      </w:r>
      <w:proofErr w:type="spellEnd"/>
      <w:r w:rsidRPr="0095266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952662">
        <w:rPr>
          <w:rFonts w:ascii="Arial" w:hAnsi="Arial" w:cs="Arial"/>
          <w:b/>
          <w:bCs/>
          <w:color w:val="000000"/>
          <w:sz w:val="20"/>
          <w:szCs w:val="20"/>
        </w:rPr>
        <w:t>díla</w:t>
      </w:r>
      <w:proofErr w:type="spellEnd"/>
      <w:r w:rsidRPr="00952662">
        <w:rPr>
          <w:rFonts w:ascii="Arial" w:hAnsi="Arial" w:cs="Arial"/>
          <w:b/>
          <w:bCs/>
          <w:color w:val="000000"/>
          <w:sz w:val="20"/>
          <w:szCs w:val="20"/>
        </w:rPr>
        <w:t xml:space="preserve"> v </w:t>
      </w:r>
      <w:proofErr w:type="spellStart"/>
      <w:r w:rsidRPr="00952662">
        <w:rPr>
          <w:rFonts w:ascii="Arial" w:hAnsi="Arial" w:cs="Arial"/>
          <w:b/>
          <w:bCs/>
          <w:color w:val="000000"/>
          <w:sz w:val="20"/>
          <w:szCs w:val="20"/>
        </w:rPr>
        <w:t>týdnech</w:t>
      </w:r>
      <w:proofErr w:type="spellEnd"/>
      <w:r w:rsidRPr="0095266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33190C">
        <w:rPr>
          <w:rFonts w:ascii="Arial" w:hAnsi="Arial" w:cs="Arial"/>
          <w:color w:val="000000"/>
          <w:sz w:val="20"/>
          <w:szCs w:val="20"/>
        </w:rPr>
        <w:t xml:space="preserve">- </w:t>
      </w:r>
      <w:proofErr w:type="spellStart"/>
      <w:r w:rsidRPr="0033190C">
        <w:rPr>
          <w:rFonts w:ascii="Arial" w:hAnsi="Arial" w:cs="Arial"/>
          <w:color w:val="000000"/>
          <w:sz w:val="20"/>
          <w:szCs w:val="20"/>
        </w:rPr>
        <w:t>maximálně</w:t>
      </w:r>
      <w:proofErr w:type="spellEnd"/>
      <w:r w:rsidRPr="0033190C">
        <w:rPr>
          <w:rFonts w:ascii="Arial" w:hAnsi="Arial" w:cs="Arial"/>
          <w:color w:val="000000"/>
          <w:sz w:val="20"/>
          <w:szCs w:val="20"/>
        </w:rPr>
        <w:t xml:space="preserve"> 14 </w:t>
      </w:r>
      <w:proofErr w:type="spellStart"/>
      <w:r w:rsidRPr="0033190C">
        <w:rPr>
          <w:rFonts w:ascii="Arial" w:hAnsi="Arial" w:cs="Arial"/>
          <w:color w:val="000000"/>
          <w:sz w:val="20"/>
          <w:szCs w:val="20"/>
        </w:rPr>
        <w:t>týdnů</w:t>
      </w:r>
      <w:proofErr w:type="spellEnd"/>
      <w:r w:rsidRPr="0033190C"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26110" w:rsidRPr="001B6CB6">
        <w:rPr>
          <w:rFonts w:ascii="Arial" w:hAnsi="Arial" w:cs="Arial"/>
          <w:sz w:val="20"/>
          <w:szCs w:val="20"/>
        </w:rPr>
        <w:tab/>
      </w:r>
      <w:r w:rsidR="00462753" w:rsidRPr="001B6CB6">
        <w:rPr>
          <w:rFonts w:ascii="Arial" w:hAnsi="Arial" w:cs="Arial"/>
          <w:b/>
          <w:sz w:val="20"/>
          <w:szCs w:val="20"/>
        </w:rPr>
        <w:t>……………</w:t>
      </w:r>
      <w:proofErr w:type="gramStart"/>
      <w:r w:rsidR="00462753" w:rsidRPr="001B6CB6">
        <w:rPr>
          <w:rFonts w:ascii="Arial" w:hAnsi="Arial" w:cs="Arial"/>
          <w:b/>
          <w:sz w:val="20"/>
          <w:szCs w:val="20"/>
        </w:rPr>
        <w:t>…..</w:t>
      </w:r>
      <w:proofErr w:type="gramEnd"/>
    </w:p>
    <w:p w14:paraId="39B09BFD" w14:textId="31545874" w:rsidR="00B04597" w:rsidRPr="0033190C" w:rsidRDefault="0033190C" w:rsidP="00FE1B2C">
      <w:pPr>
        <w:ind w:left="-993" w:right="-999"/>
        <w:rPr>
          <w:rFonts w:ascii="Arial" w:hAnsi="Arial" w:cs="Arial"/>
          <w:b/>
          <w:sz w:val="20"/>
          <w:szCs w:val="20"/>
          <w:lang w:val="pl-PL"/>
        </w:rPr>
      </w:pPr>
      <w:proofErr w:type="spellStart"/>
      <w:r w:rsidRPr="0033190C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Referenční</w:t>
      </w:r>
      <w:proofErr w:type="spellEnd"/>
      <w:r w:rsidRPr="0033190C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listy z </w:t>
      </w:r>
      <w:proofErr w:type="spellStart"/>
      <w:r w:rsidRPr="0033190C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obdobných</w:t>
      </w:r>
      <w:proofErr w:type="spellEnd"/>
      <w:r w:rsidRPr="0033190C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proofErr w:type="spellStart"/>
      <w:r w:rsidRPr="0033190C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realizací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,</w:t>
      </w:r>
      <w:r w:rsidRPr="0033190C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proofErr w:type="spellStart"/>
      <w:r w:rsidRPr="0033190C">
        <w:rPr>
          <w:rFonts w:ascii="Arial" w:hAnsi="Arial" w:cs="Arial"/>
          <w:color w:val="000000"/>
          <w:sz w:val="20"/>
          <w:szCs w:val="20"/>
          <w:lang w:val="pl-PL"/>
        </w:rPr>
        <w:t>zakázky</w:t>
      </w:r>
      <w:proofErr w:type="spellEnd"/>
      <w:r w:rsidRPr="0033190C">
        <w:rPr>
          <w:rFonts w:ascii="Arial" w:hAnsi="Arial" w:cs="Arial"/>
          <w:color w:val="000000"/>
          <w:sz w:val="20"/>
          <w:szCs w:val="20"/>
          <w:lang w:val="pl-PL"/>
        </w:rPr>
        <w:t xml:space="preserve"> na </w:t>
      </w:r>
      <w:proofErr w:type="spellStart"/>
      <w:r w:rsidRPr="0033190C">
        <w:rPr>
          <w:rFonts w:ascii="Arial" w:hAnsi="Arial" w:cs="Arial"/>
          <w:color w:val="000000"/>
          <w:sz w:val="20"/>
          <w:szCs w:val="20"/>
          <w:lang w:val="pl-PL"/>
        </w:rPr>
        <w:t>interiéry</w:t>
      </w:r>
      <w:proofErr w:type="spellEnd"/>
      <w:r w:rsidRPr="0033190C">
        <w:rPr>
          <w:rFonts w:ascii="Arial" w:hAnsi="Arial" w:cs="Arial"/>
          <w:color w:val="000000"/>
          <w:sz w:val="20"/>
          <w:szCs w:val="20"/>
          <w:lang w:val="pl-PL"/>
        </w:rPr>
        <w:t xml:space="preserve"> nad 2 mil. </w:t>
      </w:r>
      <w:proofErr w:type="spellStart"/>
      <w:r w:rsidRPr="0033190C">
        <w:rPr>
          <w:rFonts w:ascii="Arial" w:hAnsi="Arial" w:cs="Arial"/>
          <w:color w:val="000000"/>
          <w:sz w:val="20"/>
          <w:szCs w:val="20"/>
          <w:lang w:val="pl-PL"/>
        </w:rPr>
        <w:t>Kč</w:t>
      </w:r>
      <w:proofErr w:type="spellEnd"/>
      <w:r w:rsidR="00DE6A58" w:rsidRPr="0033190C">
        <w:rPr>
          <w:rFonts w:ascii="Arial" w:hAnsi="Arial" w:cs="Arial"/>
          <w:color w:val="000000"/>
          <w:sz w:val="20"/>
          <w:szCs w:val="20"/>
          <w:lang w:val="pl-PL"/>
        </w:rPr>
        <w:t>:</w:t>
      </w:r>
      <w:r w:rsidR="001B6CB6" w:rsidRPr="0033190C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ab/>
      </w:r>
      <w:r w:rsidR="001B6CB6" w:rsidRPr="0033190C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ab/>
      </w:r>
      <w:r w:rsidR="00DE6A58" w:rsidRPr="0033190C">
        <w:rPr>
          <w:rFonts w:ascii="Arial" w:hAnsi="Arial" w:cs="Arial"/>
          <w:b/>
          <w:bCs/>
          <w:sz w:val="20"/>
          <w:szCs w:val="20"/>
          <w:lang w:val="pl-PL"/>
        </w:rPr>
        <w:t xml:space="preserve">    </w:t>
      </w:r>
      <w:r w:rsidR="00626110" w:rsidRPr="0033190C">
        <w:rPr>
          <w:rFonts w:ascii="Arial" w:hAnsi="Arial" w:cs="Arial"/>
          <w:b/>
          <w:bCs/>
          <w:sz w:val="20"/>
          <w:szCs w:val="20"/>
          <w:lang w:val="pl-PL"/>
        </w:rPr>
        <w:tab/>
      </w:r>
      <w:r w:rsidR="00C74E05" w:rsidRPr="0033190C">
        <w:rPr>
          <w:rFonts w:ascii="Arial" w:hAnsi="Arial" w:cs="Arial"/>
          <w:b/>
          <w:sz w:val="20"/>
          <w:szCs w:val="20"/>
          <w:lang w:val="pl-PL"/>
        </w:rPr>
        <w:t>…………</w:t>
      </w:r>
      <w:proofErr w:type="gramStart"/>
      <w:r w:rsidR="00C74E05" w:rsidRPr="0033190C">
        <w:rPr>
          <w:rFonts w:ascii="Arial" w:hAnsi="Arial" w:cs="Arial"/>
          <w:b/>
          <w:sz w:val="20"/>
          <w:szCs w:val="20"/>
          <w:lang w:val="pl-PL"/>
        </w:rPr>
        <w:t>…….</w:t>
      </w:r>
      <w:proofErr w:type="gramEnd"/>
      <w:r w:rsidR="00C74E05" w:rsidRPr="0033190C">
        <w:rPr>
          <w:rFonts w:ascii="Arial" w:hAnsi="Arial" w:cs="Arial"/>
          <w:b/>
          <w:sz w:val="20"/>
          <w:szCs w:val="20"/>
          <w:lang w:val="pl-PL"/>
        </w:rPr>
        <w:t>.</w:t>
      </w:r>
      <w:r>
        <w:rPr>
          <w:rFonts w:ascii="Arial" w:hAnsi="Arial" w:cs="Arial"/>
          <w:b/>
          <w:sz w:val="20"/>
          <w:szCs w:val="20"/>
          <w:lang w:val="pl-PL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pl-PL"/>
        </w:rPr>
        <w:t>ks</w:t>
      </w:r>
      <w:proofErr w:type="spellEnd"/>
    </w:p>
    <w:p w14:paraId="1960A2F1" w14:textId="0C02D3A1" w:rsidR="00F62893" w:rsidRPr="00130DAF" w:rsidRDefault="0033190C" w:rsidP="00FE1B2C">
      <w:pPr>
        <w:ind w:left="-993" w:right="-999"/>
        <w:rPr>
          <w:rFonts w:ascii="Arial" w:hAnsi="Arial" w:cs="Arial"/>
          <w:b/>
          <w:sz w:val="20"/>
          <w:szCs w:val="20"/>
          <w:lang w:val="pl-PL"/>
        </w:rPr>
      </w:pP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Prosklené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zádveří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z 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elektrochormického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skla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r w:rsidRPr="00130DAF">
        <w:rPr>
          <w:rFonts w:ascii="Arial" w:hAnsi="Arial" w:cs="Arial"/>
          <w:color w:val="000000"/>
          <w:sz w:val="20"/>
          <w:szCs w:val="20"/>
          <w:lang w:val="pl-PL"/>
        </w:rPr>
        <w:t>(ANO / NE</w:t>
      </w:r>
      <w:proofErr w:type="gramStart"/>
      <w:r w:rsidRPr="00130DAF">
        <w:rPr>
          <w:rFonts w:ascii="Arial" w:hAnsi="Arial" w:cs="Arial"/>
          <w:color w:val="000000"/>
          <w:sz w:val="20"/>
          <w:szCs w:val="20"/>
          <w:lang w:val="pl-PL"/>
        </w:rPr>
        <w:t>)</w:t>
      </w:r>
      <w:r w:rsidR="00F84929" w:rsidRPr="00130DAF">
        <w:rPr>
          <w:rFonts w:ascii="Arial" w:hAnsi="Arial" w:cs="Arial"/>
          <w:sz w:val="20"/>
          <w:szCs w:val="20"/>
          <w:lang w:val="pl-PL"/>
        </w:rPr>
        <w:t>:</w:t>
      </w:r>
      <w:r w:rsidR="00F84929" w:rsidRPr="00130DAF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="00575475" w:rsidRPr="00130DAF">
        <w:rPr>
          <w:rFonts w:ascii="Arial" w:hAnsi="Arial" w:cs="Arial"/>
          <w:b/>
          <w:sz w:val="20"/>
          <w:szCs w:val="20"/>
          <w:lang w:val="pl-PL"/>
        </w:rPr>
        <w:t xml:space="preserve">  </w:t>
      </w:r>
      <w:proofErr w:type="gramEnd"/>
      <w:r w:rsidR="00575475" w:rsidRPr="00130DAF">
        <w:rPr>
          <w:rFonts w:ascii="Arial" w:hAnsi="Arial" w:cs="Arial"/>
          <w:b/>
          <w:sz w:val="20"/>
          <w:szCs w:val="20"/>
          <w:lang w:val="pl-PL"/>
        </w:rPr>
        <w:t xml:space="preserve">   </w:t>
      </w:r>
      <w:r w:rsidR="00626110" w:rsidRPr="00130DAF">
        <w:rPr>
          <w:rFonts w:ascii="Arial" w:hAnsi="Arial" w:cs="Arial"/>
          <w:b/>
          <w:sz w:val="20"/>
          <w:szCs w:val="20"/>
          <w:lang w:val="pl-PL"/>
        </w:rPr>
        <w:tab/>
      </w:r>
      <w:r w:rsidR="00626110" w:rsidRPr="00130DAF">
        <w:rPr>
          <w:rFonts w:ascii="Arial" w:hAnsi="Arial" w:cs="Arial"/>
          <w:b/>
          <w:sz w:val="20"/>
          <w:szCs w:val="20"/>
          <w:lang w:val="pl-PL"/>
        </w:rPr>
        <w:tab/>
      </w:r>
      <w:r w:rsidR="00626110" w:rsidRPr="00130DAF">
        <w:rPr>
          <w:rFonts w:ascii="Arial" w:hAnsi="Arial" w:cs="Arial"/>
          <w:b/>
          <w:sz w:val="20"/>
          <w:szCs w:val="20"/>
          <w:lang w:val="pl-PL"/>
        </w:rPr>
        <w:tab/>
      </w:r>
      <w:r w:rsidR="00626110" w:rsidRPr="00130DAF">
        <w:rPr>
          <w:rFonts w:ascii="Arial" w:hAnsi="Arial" w:cs="Arial"/>
          <w:b/>
          <w:sz w:val="20"/>
          <w:szCs w:val="20"/>
          <w:lang w:val="pl-PL"/>
        </w:rPr>
        <w:tab/>
      </w:r>
      <w:r w:rsidR="00626110" w:rsidRPr="00130DAF">
        <w:rPr>
          <w:rFonts w:ascii="Arial" w:hAnsi="Arial" w:cs="Arial"/>
          <w:b/>
          <w:sz w:val="20"/>
          <w:szCs w:val="20"/>
          <w:lang w:val="pl-PL"/>
        </w:rPr>
        <w:tab/>
      </w:r>
      <w:r w:rsidR="00C74E05" w:rsidRPr="00130DAF">
        <w:rPr>
          <w:rFonts w:ascii="Arial" w:hAnsi="Arial" w:cs="Arial"/>
          <w:b/>
          <w:sz w:val="20"/>
          <w:szCs w:val="20"/>
          <w:lang w:val="pl-PL"/>
        </w:rPr>
        <w:t>…………</w:t>
      </w:r>
      <w:proofErr w:type="gramStart"/>
      <w:r w:rsidR="00C74E05" w:rsidRPr="00130DAF">
        <w:rPr>
          <w:rFonts w:ascii="Arial" w:hAnsi="Arial" w:cs="Arial"/>
          <w:b/>
          <w:sz w:val="20"/>
          <w:szCs w:val="20"/>
          <w:lang w:val="pl-PL"/>
        </w:rPr>
        <w:t>…….</w:t>
      </w:r>
      <w:proofErr w:type="gramEnd"/>
      <w:r w:rsidR="00C74E05" w:rsidRPr="00130DAF">
        <w:rPr>
          <w:rFonts w:ascii="Arial" w:hAnsi="Arial" w:cs="Arial"/>
          <w:b/>
          <w:sz w:val="20"/>
          <w:szCs w:val="20"/>
          <w:lang w:val="pl-PL"/>
        </w:rPr>
        <w:t>.</w:t>
      </w:r>
      <w:r w:rsidR="00575475" w:rsidRPr="00130DAF">
        <w:rPr>
          <w:rFonts w:ascii="Arial" w:hAnsi="Arial" w:cs="Arial"/>
          <w:b/>
          <w:sz w:val="20"/>
          <w:szCs w:val="20"/>
          <w:lang w:val="pl-PL"/>
        </w:rPr>
        <w:t xml:space="preserve"> </w:t>
      </w:r>
    </w:p>
    <w:p w14:paraId="2EB62AE0" w14:textId="73817B44" w:rsidR="00F62893" w:rsidRDefault="00130DAF" w:rsidP="00F62893">
      <w:pPr>
        <w:ind w:left="-993" w:right="-999"/>
        <w:rPr>
          <w:rFonts w:ascii="Arial" w:hAnsi="Arial" w:cs="Arial"/>
          <w:b/>
          <w:sz w:val="20"/>
          <w:szCs w:val="20"/>
          <w:lang w:val="pl-PL"/>
        </w:rPr>
      </w:pP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Dodání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výrobní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dokumentace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k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nábytku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před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zahájením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výroby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k 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odsouhlasení</w:t>
      </w:r>
      <w:proofErr w:type="spellEnd"/>
      <w:r w:rsidRPr="00130DA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Pr="00130DAF">
        <w:rPr>
          <w:rFonts w:ascii="Arial" w:hAnsi="Arial" w:cs="Arial"/>
          <w:color w:val="000000"/>
          <w:sz w:val="20"/>
          <w:szCs w:val="20"/>
          <w:lang w:val="pl-PL"/>
        </w:rPr>
        <w:t>(ANO / NE)</w:t>
      </w:r>
      <w:r w:rsidRPr="00130DAF">
        <w:rPr>
          <w:rFonts w:ascii="Arial" w:hAnsi="Arial" w:cs="Arial"/>
          <w:sz w:val="20"/>
          <w:szCs w:val="20"/>
          <w:lang w:val="pl-PL"/>
        </w:rPr>
        <w:t>:</w:t>
      </w:r>
      <w:r w:rsidR="00575475" w:rsidRPr="001B6CB6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ab/>
      </w:r>
      <w:r w:rsidR="00C74E05">
        <w:rPr>
          <w:rFonts w:ascii="Arial" w:hAnsi="Arial" w:cs="Arial"/>
          <w:b/>
          <w:sz w:val="20"/>
          <w:szCs w:val="20"/>
          <w:lang w:val="pl-PL"/>
        </w:rPr>
        <w:t>…………</w:t>
      </w:r>
      <w:proofErr w:type="gramStart"/>
      <w:r w:rsidR="00C74E05">
        <w:rPr>
          <w:rFonts w:ascii="Arial" w:hAnsi="Arial" w:cs="Arial"/>
          <w:b/>
          <w:sz w:val="20"/>
          <w:szCs w:val="20"/>
          <w:lang w:val="pl-PL"/>
        </w:rPr>
        <w:t>…….</w:t>
      </w:r>
      <w:proofErr w:type="gramEnd"/>
      <w:r w:rsidR="00C74E05">
        <w:rPr>
          <w:rFonts w:ascii="Arial" w:hAnsi="Arial" w:cs="Arial"/>
          <w:b/>
          <w:sz w:val="20"/>
          <w:szCs w:val="20"/>
          <w:lang w:val="pl-PL"/>
        </w:rPr>
        <w:t>.</w:t>
      </w:r>
    </w:p>
    <w:p w14:paraId="6FC346BF" w14:textId="77777777" w:rsidR="00130DAF" w:rsidRDefault="00130DAF" w:rsidP="00130DAF">
      <w:pPr>
        <w:ind w:left="-993" w:right="-999"/>
        <w:rPr>
          <w:rFonts w:ascii="Arial" w:hAnsi="Arial" w:cs="Arial"/>
          <w:color w:val="000000"/>
          <w:sz w:val="20"/>
          <w:szCs w:val="20"/>
          <w:lang w:val="pl-PL"/>
        </w:rPr>
      </w:pP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Klíčový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systém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k 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nábytkovým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sestavám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–</w:t>
      </w:r>
      <w:r w:rsidRPr="00130DA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</w:p>
    <w:p w14:paraId="4A6B045A" w14:textId="108652D8" w:rsidR="00130DAF" w:rsidRDefault="00130DAF" w:rsidP="00130DAF">
      <w:pPr>
        <w:ind w:left="-993" w:right="-999"/>
        <w:rPr>
          <w:rFonts w:ascii="Arial" w:hAnsi="Arial" w:cs="Arial"/>
          <w:b/>
          <w:sz w:val="20"/>
          <w:szCs w:val="20"/>
          <w:lang w:val="pl-PL"/>
        </w:rPr>
      </w:pPr>
      <w:proofErr w:type="spellStart"/>
      <w:r w:rsidRPr="00130DAF">
        <w:rPr>
          <w:rFonts w:ascii="Arial" w:hAnsi="Arial" w:cs="Arial"/>
          <w:color w:val="000000"/>
          <w:sz w:val="20"/>
          <w:szCs w:val="20"/>
          <w:lang w:val="pl-PL"/>
        </w:rPr>
        <w:t>generál</w:t>
      </w:r>
      <w:proofErr w:type="spellEnd"/>
      <w:r w:rsidRPr="00130DAF">
        <w:rPr>
          <w:rFonts w:ascii="Arial" w:hAnsi="Arial" w:cs="Arial"/>
          <w:color w:val="000000"/>
          <w:sz w:val="20"/>
          <w:szCs w:val="20"/>
          <w:lang w:val="pl-PL"/>
        </w:rPr>
        <w:t xml:space="preserve"> + </w:t>
      </w:r>
      <w:proofErr w:type="spellStart"/>
      <w:r w:rsidRPr="00130DAF">
        <w:rPr>
          <w:rFonts w:ascii="Arial" w:hAnsi="Arial" w:cs="Arial"/>
          <w:color w:val="000000"/>
          <w:sz w:val="20"/>
          <w:szCs w:val="20"/>
          <w:lang w:val="pl-PL"/>
        </w:rPr>
        <w:t>shodný</w:t>
      </w:r>
      <w:proofErr w:type="spellEnd"/>
      <w:r w:rsidRPr="00130DA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proofErr w:type="spellStart"/>
      <w:r w:rsidRPr="00130DAF">
        <w:rPr>
          <w:rFonts w:ascii="Arial" w:hAnsi="Arial" w:cs="Arial"/>
          <w:color w:val="000000"/>
          <w:sz w:val="20"/>
          <w:szCs w:val="20"/>
          <w:lang w:val="pl-PL"/>
        </w:rPr>
        <w:t>klíč</w:t>
      </w:r>
      <w:proofErr w:type="spellEnd"/>
      <w:r w:rsidRPr="00130DA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proofErr w:type="spellStart"/>
      <w:r w:rsidRPr="00130DAF">
        <w:rPr>
          <w:rFonts w:ascii="Arial" w:hAnsi="Arial" w:cs="Arial"/>
          <w:color w:val="000000"/>
          <w:sz w:val="20"/>
          <w:szCs w:val="20"/>
          <w:lang w:val="pl-PL"/>
        </w:rPr>
        <w:t>ke</w:t>
      </w:r>
      <w:proofErr w:type="spellEnd"/>
      <w:r w:rsidRPr="00130DA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proofErr w:type="spellStart"/>
      <w:r w:rsidRPr="00130DAF">
        <w:rPr>
          <w:rFonts w:ascii="Arial" w:hAnsi="Arial" w:cs="Arial"/>
          <w:color w:val="000000"/>
          <w:sz w:val="20"/>
          <w:szCs w:val="20"/>
          <w:lang w:val="pl-PL"/>
        </w:rPr>
        <w:t>skřínkám</w:t>
      </w:r>
      <w:proofErr w:type="spellEnd"/>
      <w:r w:rsidRPr="00130DAF">
        <w:rPr>
          <w:rFonts w:ascii="Arial" w:hAnsi="Arial" w:cs="Arial"/>
          <w:color w:val="000000"/>
          <w:sz w:val="20"/>
          <w:szCs w:val="20"/>
          <w:lang w:val="pl-PL"/>
        </w:rPr>
        <w:t xml:space="preserve"> k 1 prac. </w:t>
      </w:r>
      <w:proofErr w:type="spellStart"/>
      <w:r w:rsidRPr="00130DAF">
        <w:rPr>
          <w:rFonts w:ascii="Arial" w:hAnsi="Arial" w:cs="Arial"/>
          <w:color w:val="000000"/>
          <w:sz w:val="20"/>
          <w:szCs w:val="20"/>
          <w:lang w:val="pl-PL"/>
        </w:rPr>
        <w:t>pozici</w:t>
      </w:r>
      <w:proofErr w:type="spellEnd"/>
      <w:r w:rsidRPr="00130DAF">
        <w:rPr>
          <w:rFonts w:ascii="Arial" w:hAnsi="Arial" w:cs="Arial"/>
          <w:color w:val="000000"/>
          <w:sz w:val="20"/>
          <w:szCs w:val="20"/>
          <w:lang w:val="pl-PL"/>
        </w:rPr>
        <w:t xml:space="preserve"> (ANO / NE)</w:t>
      </w:r>
      <w:r w:rsidRPr="00130DAF">
        <w:rPr>
          <w:rFonts w:ascii="Arial" w:hAnsi="Arial" w:cs="Arial"/>
          <w:sz w:val="20"/>
          <w:szCs w:val="20"/>
          <w:lang w:val="pl-PL"/>
        </w:rPr>
        <w:t>:</w:t>
      </w:r>
      <w:r w:rsidRPr="001B6CB6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b/>
          <w:sz w:val="20"/>
          <w:szCs w:val="20"/>
          <w:lang w:val="pl-PL"/>
        </w:rPr>
        <w:t>…………</w:t>
      </w:r>
      <w:proofErr w:type="gramStart"/>
      <w:r>
        <w:rPr>
          <w:rFonts w:ascii="Arial" w:hAnsi="Arial" w:cs="Arial"/>
          <w:b/>
          <w:sz w:val="20"/>
          <w:szCs w:val="20"/>
          <w:lang w:val="pl-PL"/>
        </w:rPr>
        <w:t>…….</w:t>
      </w:r>
      <w:proofErr w:type="gramEnd"/>
      <w:r>
        <w:rPr>
          <w:rFonts w:ascii="Arial" w:hAnsi="Arial" w:cs="Arial"/>
          <w:b/>
          <w:sz w:val="20"/>
          <w:szCs w:val="20"/>
          <w:lang w:val="pl-PL"/>
        </w:rPr>
        <w:t>.</w:t>
      </w:r>
    </w:p>
    <w:p w14:paraId="722EADD9" w14:textId="07B086F6" w:rsidR="00130DAF" w:rsidRPr="002501A8" w:rsidRDefault="00130DAF" w:rsidP="00130DAF">
      <w:pPr>
        <w:ind w:left="-993" w:right="-999"/>
        <w:rPr>
          <w:rFonts w:ascii="Arial" w:hAnsi="Arial" w:cs="Arial"/>
          <w:b/>
          <w:sz w:val="20"/>
          <w:szCs w:val="20"/>
          <w:lang w:val="pl-PL"/>
        </w:rPr>
      </w:pP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Dodávka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a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uvedení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do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provozu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2x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robotického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vysavače</w:t>
      </w:r>
      <w:proofErr w:type="spellEnd"/>
      <w:r w:rsidRPr="00130DAF">
        <w:rPr>
          <w:rFonts w:ascii="Arial" w:hAnsi="Arial" w:cs="Arial"/>
          <w:color w:val="000000"/>
          <w:sz w:val="20"/>
          <w:szCs w:val="20"/>
          <w:lang w:val="pl-PL"/>
        </w:rPr>
        <w:t xml:space="preserve"> (ANO / NE)</w:t>
      </w:r>
      <w:r w:rsidRPr="00130DAF">
        <w:rPr>
          <w:rFonts w:ascii="Arial" w:hAnsi="Arial" w:cs="Arial"/>
          <w:sz w:val="20"/>
          <w:szCs w:val="20"/>
          <w:lang w:val="pl-PL"/>
        </w:rPr>
        <w:t>:</w:t>
      </w:r>
      <w:r w:rsidRPr="001B6CB6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b/>
          <w:sz w:val="20"/>
          <w:szCs w:val="20"/>
          <w:lang w:val="pl-PL"/>
        </w:rPr>
        <w:t>…………</w:t>
      </w:r>
      <w:proofErr w:type="gramStart"/>
      <w:r>
        <w:rPr>
          <w:rFonts w:ascii="Arial" w:hAnsi="Arial" w:cs="Arial"/>
          <w:b/>
          <w:sz w:val="20"/>
          <w:szCs w:val="20"/>
          <w:lang w:val="pl-PL"/>
        </w:rPr>
        <w:t>…….</w:t>
      </w:r>
      <w:proofErr w:type="gramEnd"/>
      <w:r>
        <w:rPr>
          <w:rFonts w:ascii="Arial" w:hAnsi="Arial" w:cs="Arial"/>
          <w:b/>
          <w:sz w:val="20"/>
          <w:szCs w:val="20"/>
          <w:lang w:val="pl-PL"/>
        </w:rPr>
        <w:t>.</w:t>
      </w:r>
    </w:p>
    <w:p w14:paraId="63715FD6" w14:textId="3FA829A5" w:rsidR="002501A8" w:rsidRPr="002501A8" w:rsidRDefault="00130DAF" w:rsidP="00C74E05">
      <w:pPr>
        <w:ind w:left="-993" w:right="-999"/>
        <w:rPr>
          <w:rFonts w:ascii="Arial" w:hAnsi="Arial" w:cs="Arial"/>
          <w:b/>
          <w:bCs/>
          <w:color w:val="000000"/>
          <w:sz w:val="20"/>
          <w:szCs w:val="20"/>
          <w:lang w:val="pl-PL"/>
        </w:rPr>
      </w:pP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Dodávka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a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montáž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audiotechniky</w:t>
      </w:r>
      <w:proofErr w:type="spellEnd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do </w:t>
      </w:r>
      <w:proofErr w:type="spellStart"/>
      <w:r w:rsidRPr="00130DA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čekáren</w:t>
      </w:r>
      <w:proofErr w:type="spellEnd"/>
      <w:r w:rsidRPr="001B6CB6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Pr="00130DAF">
        <w:rPr>
          <w:rFonts w:ascii="Arial" w:hAnsi="Arial" w:cs="Arial"/>
          <w:color w:val="000000"/>
          <w:sz w:val="20"/>
          <w:szCs w:val="20"/>
          <w:lang w:val="pl-PL"/>
        </w:rPr>
        <w:t>(ANO / NE)</w:t>
      </w:r>
      <w:r w:rsidRPr="00130DAF">
        <w:rPr>
          <w:rFonts w:ascii="Arial" w:hAnsi="Arial" w:cs="Arial"/>
          <w:sz w:val="20"/>
          <w:szCs w:val="20"/>
          <w:lang w:val="pl-PL"/>
        </w:rPr>
        <w:t>:</w:t>
      </w:r>
      <w:r w:rsidR="00626110">
        <w:rPr>
          <w:rFonts w:ascii="Arial" w:hAnsi="Arial" w:cs="Arial"/>
          <w:color w:val="000000"/>
          <w:sz w:val="20"/>
          <w:szCs w:val="20"/>
          <w:lang w:val="pl-PL"/>
        </w:rPr>
        <w:tab/>
      </w:r>
      <w:r w:rsidR="001B6CB6">
        <w:rPr>
          <w:rFonts w:ascii="Arial" w:hAnsi="Arial" w:cs="Arial"/>
          <w:color w:val="000000"/>
          <w:sz w:val="20"/>
          <w:szCs w:val="20"/>
          <w:lang w:val="pl-PL"/>
        </w:rPr>
        <w:tab/>
      </w:r>
      <w:r w:rsidR="001B6CB6">
        <w:rPr>
          <w:rFonts w:ascii="Arial" w:hAnsi="Arial" w:cs="Arial"/>
          <w:color w:val="000000"/>
          <w:sz w:val="20"/>
          <w:szCs w:val="20"/>
          <w:lang w:val="pl-PL"/>
        </w:rPr>
        <w:tab/>
      </w:r>
      <w:r w:rsidR="001B6CB6">
        <w:rPr>
          <w:rFonts w:ascii="Arial" w:hAnsi="Arial" w:cs="Arial"/>
          <w:color w:val="000000"/>
          <w:sz w:val="20"/>
          <w:szCs w:val="20"/>
          <w:lang w:val="pl-PL"/>
        </w:rPr>
        <w:tab/>
      </w:r>
      <w:r w:rsidR="001B6CB6">
        <w:rPr>
          <w:rFonts w:ascii="Arial" w:hAnsi="Arial" w:cs="Arial"/>
          <w:color w:val="000000"/>
          <w:sz w:val="20"/>
          <w:szCs w:val="20"/>
          <w:lang w:val="pl-PL"/>
        </w:rPr>
        <w:tab/>
      </w:r>
      <w:r w:rsidR="00C74E05">
        <w:rPr>
          <w:rFonts w:ascii="Arial" w:hAnsi="Arial" w:cs="Arial"/>
          <w:b/>
          <w:sz w:val="20"/>
          <w:szCs w:val="20"/>
          <w:lang w:val="pl-PL"/>
        </w:rPr>
        <w:t>…………</w:t>
      </w:r>
      <w:proofErr w:type="gramStart"/>
      <w:r w:rsidR="00C74E05">
        <w:rPr>
          <w:rFonts w:ascii="Arial" w:hAnsi="Arial" w:cs="Arial"/>
          <w:b/>
          <w:sz w:val="20"/>
          <w:szCs w:val="20"/>
          <w:lang w:val="pl-PL"/>
        </w:rPr>
        <w:t>…….</w:t>
      </w:r>
      <w:proofErr w:type="gramEnd"/>
      <w:r w:rsidR="00C74E05">
        <w:rPr>
          <w:rFonts w:ascii="Arial" w:hAnsi="Arial" w:cs="Arial"/>
          <w:b/>
          <w:sz w:val="20"/>
          <w:szCs w:val="20"/>
          <w:lang w:val="pl-PL"/>
        </w:rPr>
        <w:t>.</w:t>
      </w:r>
    </w:p>
    <w:p w14:paraId="6CCE24EE" w14:textId="77777777" w:rsidR="00626110" w:rsidRPr="00626110" w:rsidRDefault="00626110" w:rsidP="00F62893">
      <w:pPr>
        <w:ind w:left="-993" w:right="-999"/>
        <w:rPr>
          <w:rFonts w:ascii="Arial" w:hAnsi="Arial" w:cs="Arial"/>
          <w:b/>
          <w:sz w:val="20"/>
          <w:szCs w:val="20"/>
          <w:lang w:val="pl-PL"/>
        </w:rPr>
      </w:pPr>
    </w:p>
    <w:p w14:paraId="6DCF8482" w14:textId="11DE9423" w:rsidR="00B64C06" w:rsidRPr="00DE6A58" w:rsidRDefault="00547EE8" w:rsidP="00C441DD">
      <w:pPr>
        <w:ind w:left="-993" w:right="-999"/>
        <w:rPr>
          <w:rFonts w:ascii="Arial" w:hAnsi="Arial" w:cs="Arial"/>
          <w:bCs/>
          <w:sz w:val="20"/>
          <w:szCs w:val="20"/>
          <w:lang w:val="pl-PL"/>
        </w:rPr>
      </w:pPr>
      <w:proofErr w:type="spellStart"/>
      <w:r w:rsidRPr="00DE6A58">
        <w:rPr>
          <w:rFonts w:ascii="Arial" w:hAnsi="Arial" w:cs="Arial"/>
          <w:bCs/>
          <w:sz w:val="20"/>
          <w:szCs w:val="20"/>
          <w:lang w:val="pl-PL"/>
        </w:rPr>
        <w:t>Přílohou</w:t>
      </w:r>
      <w:proofErr w:type="spellEnd"/>
      <w:r w:rsidRPr="00DE6A58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proofErr w:type="spellStart"/>
      <w:r w:rsidRPr="00DE6A58">
        <w:rPr>
          <w:rFonts w:ascii="Arial" w:hAnsi="Arial" w:cs="Arial"/>
          <w:bCs/>
          <w:sz w:val="20"/>
          <w:szCs w:val="20"/>
          <w:lang w:val="pl-PL"/>
        </w:rPr>
        <w:t>budou</w:t>
      </w:r>
      <w:proofErr w:type="spellEnd"/>
      <w:r w:rsidRPr="00DE6A58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proofErr w:type="spellStart"/>
      <w:r w:rsidRPr="00DE6A58">
        <w:rPr>
          <w:rFonts w:ascii="Arial" w:hAnsi="Arial" w:cs="Arial"/>
          <w:bCs/>
          <w:sz w:val="20"/>
          <w:szCs w:val="20"/>
          <w:lang w:val="pl-PL"/>
        </w:rPr>
        <w:t>doloženy</w:t>
      </w:r>
      <w:proofErr w:type="spellEnd"/>
      <w:r w:rsidRPr="00DE6A58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proofErr w:type="spellStart"/>
      <w:r w:rsidRPr="00DE6A58">
        <w:rPr>
          <w:rFonts w:ascii="Arial" w:hAnsi="Arial" w:cs="Arial"/>
          <w:bCs/>
          <w:sz w:val="20"/>
          <w:szCs w:val="20"/>
          <w:lang w:val="pl-PL"/>
        </w:rPr>
        <w:t>doklady</w:t>
      </w:r>
      <w:proofErr w:type="spellEnd"/>
      <w:r w:rsidRPr="00DE6A58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proofErr w:type="spellStart"/>
      <w:r w:rsidRPr="00DE6A58">
        <w:rPr>
          <w:rFonts w:ascii="Arial" w:hAnsi="Arial" w:cs="Arial"/>
          <w:bCs/>
          <w:sz w:val="20"/>
          <w:szCs w:val="20"/>
          <w:lang w:val="pl-PL"/>
        </w:rPr>
        <w:t>ke</w:t>
      </w:r>
      <w:proofErr w:type="spellEnd"/>
      <w:r w:rsidRPr="00DE6A58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proofErr w:type="spellStart"/>
      <w:r w:rsidRPr="00DE6A58">
        <w:rPr>
          <w:rFonts w:ascii="Arial" w:hAnsi="Arial" w:cs="Arial"/>
          <w:bCs/>
          <w:sz w:val="20"/>
          <w:szCs w:val="20"/>
          <w:lang w:val="pl-PL"/>
        </w:rPr>
        <w:t>splnění</w:t>
      </w:r>
      <w:proofErr w:type="spellEnd"/>
      <w:r w:rsidRPr="00DE6A58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proofErr w:type="spellStart"/>
      <w:r w:rsidRPr="00DE6A58">
        <w:rPr>
          <w:rFonts w:ascii="Arial" w:hAnsi="Arial" w:cs="Arial"/>
          <w:bCs/>
          <w:sz w:val="20"/>
          <w:szCs w:val="20"/>
          <w:lang w:val="pl-PL"/>
        </w:rPr>
        <w:t>kvalifikačních</w:t>
      </w:r>
      <w:proofErr w:type="spellEnd"/>
      <w:r w:rsidRPr="00DE6A58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proofErr w:type="spellStart"/>
      <w:r w:rsidRPr="00DE6A58">
        <w:rPr>
          <w:rFonts w:ascii="Arial" w:hAnsi="Arial" w:cs="Arial"/>
          <w:bCs/>
          <w:sz w:val="20"/>
          <w:szCs w:val="20"/>
          <w:lang w:val="pl-PL"/>
        </w:rPr>
        <w:t>kritérií</w:t>
      </w:r>
      <w:proofErr w:type="spellEnd"/>
      <w:r w:rsidRPr="00DE6A58">
        <w:rPr>
          <w:rFonts w:ascii="Arial" w:hAnsi="Arial" w:cs="Arial"/>
          <w:bCs/>
          <w:sz w:val="20"/>
          <w:szCs w:val="20"/>
          <w:lang w:val="pl-PL"/>
        </w:rPr>
        <w:t>.</w:t>
      </w:r>
    </w:p>
    <w:p w14:paraId="63FB0B68" w14:textId="77777777" w:rsidR="009E3040" w:rsidRPr="00DE6A58" w:rsidRDefault="009E3040" w:rsidP="00C441DD">
      <w:pPr>
        <w:ind w:left="-993" w:right="-999"/>
        <w:rPr>
          <w:rFonts w:ascii="Arial" w:hAnsi="Arial" w:cs="Arial"/>
          <w:bCs/>
          <w:sz w:val="20"/>
          <w:szCs w:val="20"/>
          <w:lang w:val="pl-PL"/>
        </w:rPr>
      </w:pPr>
    </w:p>
    <w:p w14:paraId="2BCAD2BE" w14:textId="627D2377" w:rsidR="009E3040" w:rsidRPr="0034453D" w:rsidRDefault="001B6AA1" w:rsidP="00626110">
      <w:pPr>
        <w:ind w:left="-993" w:right="-999" w:firstLine="993"/>
        <w:rPr>
          <w:rFonts w:ascii="Arial" w:hAnsi="Arial" w:cs="Arial"/>
          <w:sz w:val="20"/>
          <w:szCs w:val="20"/>
          <w:lang w:val="pl-PL"/>
        </w:rPr>
      </w:pPr>
      <w:r w:rsidRPr="0034453D">
        <w:rPr>
          <w:rFonts w:ascii="Arial" w:hAnsi="Arial" w:cs="Arial"/>
          <w:sz w:val="20"/>
          <w:szCs w:val="20"/>
          <w:lang w:val="pl-PL"/>
        </w:rPr>
        <w:t xml:space="preserve">V </w:t>
      </w:r>
      <w:r w:rsidR="00C441DD" w:rsidRPr="0034453D">
        <w:rPr>
          <w:rFonts w:ascii="Arial" w:hAnsi="Arial" w:cs="Arial"/>
          <w:sz w:val="20"/>
          <w:szCs w:val="20"/>
          <w:lang w:val="pl-PL"/>
        </w:rPr>
        <w:t>……</w:t>
      </w:r>
      <w:proofErr w:type="gramStart"/>
      <w:r w:rsidR="00C441DD" w:rsidRPr="0034453D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="00C441DD" w:rsidRPr="0034453D">
        <w:rPr>
          <w:rFonts w:ascii="Arial" w:hAnsi="Arial" w:cs="Arial"/>
          <w:sz w:val="20"/>
          <w:szCs w:val="20"/>
          <w:lang w:val="pl-PL"/>
        </w:rPr>
        <w:t xml:space="preserve">. </w:t>
      </w:r>
      <w:proofErr w:type="spellStart"/>
      <w:r w:rsidR="00C441DD" w:rsidRPr="0034453D">
        <w:rPr>
          <w:rFonts w:ascii="Arial" w:hAnsi="Arial" w:cs="Arial"/>
          <w:sz w:val="20"/>
          <w:szCs w:val="20"/>
          <w:lang w:val="pl-PL"/>
        </w:rPr>
        <w:t>dne</w:t>
      </w:r>
      <w:proofErr w:type="spellEnd"/>
      <w:r w:rsidR="00C441DD" w:rsidRPr="0034453D">
        <w:rPr>
          <w:rFonts w:ascii="Arial" w:hAnsi="Arial" w:cs="Arial"/>
          <w:sz w:val="20"/>
          <w:szCs w:val="20"/>
          <w:lang w:val="pl-PL"/>
        </w:rPr>
        <w:t>…………..</w:t>
      </w:r>
      <w:r w:rsidRPr="0034453D">
        <w:rPr>
          <w:rFonts w:ascii="Arial" w:hAnsi="Arial" w:cs="Arial"/>
          <w:sz w:val="20"/>
          <w:szCs w:val="20"/>
          <w:lang w:val="pl-PL"/>
        </w:rPr>
        <w:t>.2026</w:t>
      </w:r>
      <w:r w:rsidR="009E3040" w:rsidRPr="0034453D">
        <w:rPr>
          <w:rFonts w:ascii="Arial" w:hAnsi="Arial" w:cs="Arial"/>
          <w:sz w:val="20"/>
          <w:szCs w:val="20"/>
          <w:lang w:val="pl-PL"/>
        </w:rPr>
        <w:t xml:space="preserve">  </w:t>
      </w:r>
    </w:p>
    <w:p w14:paraId="11FF29C3" w14:textId="4AAF49B6" w:rsidR="00D74781" w:rsidRPr="00C441DD" w:rsidRDefault="0020075C">
      <w:pPr>
        <w:ind w:left="-993" w:right="-999"/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                                  </w:t>
      </w:r>
      <w:r w:rsidR="00462753">
        <w:rPr>
          <w:lang w:val="pl-PL"/>
        </w:rPr>
        <w:t xml:space="preserve"> </w:t>
      </w:r>
      <w:r w:rsidR="00626110">
        <w:rPr>
          <w:lang w:val="pl-PL"/>
        </w:rPr>
        <w:t xml:space="preserve">                            </w:t>
      </w:r>
      <w:r w:rsidRPr="00462753">
        <w:rPr>
          <w:rFonts w:ascii="Arial" w:hAnsi="Arial" w:cs="Arial"/>
          <w:sz w:val="20"/>
          <w:szCs w:val="20"/>
          <w:lang w:val="pl-PL"/>
        </w:rPr>
        <w:t>..........................................</w:t>
      </w:r>
      <w:r w:rsidRPr="00C441DD">
        <w:rPr>
          <w:lang w:val="pl-PL"/>
        </w:rPr>
        <w:br/>
      </w:r>
      <w:r w:rsidRPr="009E3040">
        <w:rPr>
          <w:rFonts w:ascii="Arial" w:hAnsi="Arial" w:cs="Arial"/>
          <w:lang w:val="pl-PL"/>
        </w:rPr>
        <w:t xml:space="preserve">                                                                                                </w:t>
      </w:r>
      <w:r w:rsidR="00626110">
        <w:rPr>
          <w:rFonts w:ascii="Arial" w:hAnsi="Arial" w:cs="Arial"/>
          <w:lang w:val="pl-PL"/>
        </w:rPr>
        <w:t xml:space="preserve">                      </w:t>
      </w:r>
      <w:proofErr w:type="spellStart"/>
      <w:r w:rsidRPr="0034453D">
        <w:rPr>
          <w:rFonts w:ascii="Arial" w:hAnsi="Arial" w:cs="Arial"/>
          <w:sz w:val="20"/>
          <w:szCs w:val="20"/>
          <w:lang w:val="pl-PL"/>
        </w:rPr>
        <w:t>razítko</w:t>
      </w:r>
      <w:proofErr w:type="spellEnd"/>
      <w:r w:rsidRPr="0034453D">
        <w:rPr>
          <w:rFonts w:ascii="Arial" w:hAnsi="Arial" w:cs="Arial"/>
          <w:sz w:val="20"/>
          <w:szCs w:val="20"/>
          <w:lang w:val="pl-PL"/>
        </w:rPr>
        <w:t xml:space="preserve"> a</w:t>
      </w:r>
      <w:r w:rsidR="009E3040" w:rsidRPr="0034453D">
        <w:rPr>
          <w:rFonts w:ascii="Arial" w:hAnsi="Arial" w:cs="Arial"/>
          <w:sz w:val="20"/>
          <w:szCs w:val="20"/>
          <w:lang w:val="pl-PL"/>
        </w:rPr>
        <w:t xml:space="preserve"> </w:t>
      </w:r>
      <w:r w:rsidRPr="0034453D">
        <w:rPr>
          <w:rFonts w:ascii="Arial" w:hAnsi="Arial" w:cs="Arial"/>
          <w:sz w:val="20"/>
          <w:szCs w:val="20"/>
          <w:lang w:val="pl-PL"/>
        </w:rPr>
        <w:t xml:space="preserve">podpis </w:t>
      </w:r>
      <w:proofErr w:type="spellStart"/>
      <w:r w:rsidRPr="0034453D">
        <w:rPr>
          <w:rFonts w:ascii="Arial" w:hAnsi="Arial" w:cs="Arial"/>
          <w:sz w:val="20"/>
          <w:szCs w:val="20"/>
          <w:lang w:val="pl-PL"/>
        </w:rPr>
        <w:t>účastníka</w:t>
      </w:r>
      <w:proofErr w:type="spellEnd"/>
    </w:p>
    <w:sectPr w:rsidR="00D74781" w:rsidRPr="00C441DD" w:rsidSect="00C441DD">
      <w:pgSz w:w="12240" w:h="15840"/>
      <w:pgMar w:top="851" w:right="1800" w:bottom="993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6CB413D"/>
    <w:multiLevelType w:val="hybridMultilevel"/>
    <w:tmpl w:val="48D0A0F0"/>
    <w:lvl w:ilvl="0" w:tplc="6A3291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69698">
    <w:abstractNumId w:val="8"/>
  </w:num>
  <w:num w:numId="2" w16cid:durableId="1079789646">
    <w:abstractNumId w:val="6"/>
  </w:num>
  <w:num w:numId="3" w16cid:durableId="34039015">
    <w:abstractNumId w:val="5"/>
  </w:num>
  <w:num w:numId="4" w16cid:durableId="793446152">
    <w:abstractNumId w:val="4"/>
  </w:num>
  <w:num w:numId="5" w16cid:durableId="28923298">
    <w:abstractNumId w:val="7"/>
  </w:num>
  <w:num w:numId="6" w16cid:durableId="1148865469">
    <w:abstractNumId w:val="3"/>
  </w:num>
  <w:num w:numId="7" w16cid:durableId="1007750901">
    <w:abstractNumId w:val="2"/>
  </w:num>
  <w:num w:numId="8" w16cid:durableId="542519320">
    <w:abstractNumId w:val="1"/>
  </w:num>
  <w:num w:numId="9" w16cid:durableId="1365643150">
    <w:abstractNumId w:val="0"/>
  </w:num>
  <w:num w:numId="10" w16cid:durableId="13781234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4A2E"/>
    <w:rsid w:val="000B0591"/>
    <w:rsid w:val="000D5096"/>
    <w:rsid w:val="00130DAF"/>
    <w:rsid w:val="0015074B"/>
    <w:rsid w:val="001B6AA1"/>
    <w:rsid w:val="001B6CB6"/>
    <w:rsid w:val="001F5A07"/>
    <w:rsid w:val="0020075C"/>
    <w:rsid w:val="00245963"/>
    <w:rsid w:val="002501A8"/>
    <w:rsid w:val="00250AF6"/>
    <w:rsid w:val="00270A2F"/>
    <w:rsid w:val="00275ED9"/>
    <w:rsid w:val="0029639D"/>
    <w:rsid w:val="002C150F"/>
    <w:rsid w:val="002F083E"/>
    <w:rsid w:val="00326F90"/>
    <w:rsid w:val="0033190C"/>
    <w:rsid w:val="0034453D"/>
    <w:rsid w:val="003E79FC"/>
    <w:rsid w:val="003F4AB7"/>
    <w:rsid w:val="00462753"/>
    <w:rsid w:val="004845B6"/>
    <w:rsid w:val="00500F6F"/>
    <w:rsid w:val="00547EE8"/>
    <w:rsid w:val="00567233"/>
    <w:rsid w:val="00575475"/>
    <w:rsid w:val="00581E71"/>
    <w:rsid w:val="00597462"/>
    <w:rsid w:val="005B535F"/>
    <w:rsid w:val="0061762C"/>
    <w:rsid w:val="00626110"/>
    <w:rsid w:val="00716ADE"/>
    <w:rsid w:val="0072465B"/>
    <w:rsid w:val="007663A1"/>
    <w:rsid w:val="00767210"/>
    <w:rsid w:val="007E528D"/>
    <w:rsid w:val="00922690"/>
    <w:rsid w:val="00967E83"/>
    <w:rsid w:val="009D62F9"/>
    <w:rsid w:val="009E3040"/>
    <w:rsid w:val="009F1C66"/>
    <w:rsid w:val="00A042A1"/>
    <w:rsid w:val="00AA1D8D"/>
    <w:rsid w:val="00B04597"/>
    <w:rsid w:val="00B218C9"/>
    <w:rsid w:val="00B30D96"/>
    <w:rsid w:val="00B4399D"/>
    <w:rsid w:val="00B47730"/>
    <w:rsid w:val="00B64C06"/>
    <w:rsid w:val="00C043AB"/>
    <w:rsid w:val="00C32B79"/>
    <w:rsid w:val="00C441DD"/>
    <w:rsid w:val="00C74E05"/>
    <w:rsid w:val="00CB0664"/>
    <w:rsid w:val="00CD1856"/>
    <w:rsid w:val="00CF10CE"/>
    <w:rsid w:val="00D74781"/>
    <w:rsid w:val="00D81F26"/>
    <w:rsid w:val="00D827A5"/>
    <w:rsid w:val="00DE6A58"/>
    <w:rsid w:val="00E63CEB"/>
    <w:rsid w:val="00EB4203"/>
    <w:rsid w:val="00EE60FD"/>
    <w:rsid w:val="00F35AC7"/>
    <w:rsid w:val="00F62893"/>
    <w:rsid w:val="00F84929"/>
    <w:rsid w:val="00F8648E"/>
    <w:rsid w:val="00FC693F"/>
    <w:rsid w:val="00FE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E8C60"/>
  <w14:defaultImageDpi w14:val="300"/>
  <w15:docId w15:val="{8C3FCA83-6A43-462F-A33B-ADD792EA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CF10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249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SBD Havířov</cp:lastModifiedBy>
  <cp:revision>31</cp:revision>
  <cp:lastPrinted>2026-06-03T15:04:00Z</cp:lastPrinted>
  <dcterms:created xsi:type="dcterms:W3CDTF">2013-12-23T23:15:00Z</dcterms:created>
  <dcterms:modified xsi:type="dcterms:W3CDTF">2026-08-03T07:32:00Z</dcterms:modified>
  <cp:category/>
</cp:coreProperties>
</file>