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069BD" w14:textId="3C71A04B" w:rsidR="00D74781" w:rsidRPr="00CF10CE" w:rsidRDefault="001B6AA1" w:rsidP="00500F6F">
      <w:pPr>
        <w:pStyle w:val="Nadpis1"/>
        <w:jc w:val="center"/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</w:pPr>
      <w:r w:rsidRPr="00CF10CE"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  <w:t>ZÁKLADNÍ ÚDAJE O NABÍDCE</w:t>
      </w:r>
      <w:r w:rsidR="00CF10CE"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  <w:t xml:space="preserve"> č. </w:t>
      </w:r>
      <w:r w:rsidR="003E6D96" w:rsidRPr="003E6D96">
        <w:rPr>
          <w:rFonts w:ascii="Arial" w:eastAsia="Calibri" w:hAnsi="Arial" w:cs="Arial"/>
          <w:bCs w:val="0"/>
          <w:color w:val="000000" w:themeColor="text1"/>
          <w:sz w:val="36"/>
          <w:szCs w:val="36"/>
          <w:lang w:val="cs-CZ"/>
        </w:rPr>
        <w:t>33</w:t>
      </w:r>
      <w:r w:rsidR="00CF10CE"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  <w:t>/2026</w:t>
      </w:r>
    </w:p>
    <w:p w14:paraId="7B05667A" w14:textId="77777777" w:rsidR="00D74781" w:rsidRDefault="001B6AA1" w:rsidP="00CF10CE">
      <w:pPr>
        <w:jc w:val="center"/>
        <w:rPr>
          <w:rFonts w:ascii="Arial" w:eastAsia="Calibri" w:hAnsi="Arial" w:cs="Arial"/>
          <w:b/>
          <w:sz w:val="36"/>
          <w:szCs w:val="36"/>
          <w:lang w:val="cs-CZ"/>
        </w:rPr>
      </w:pPr>
      <w:r w:rsidRPr="00CF10CE">
        <w:rPr>
          <w:rFonts w:ascii="Arial" w:eastAsia="Calibri" w:hAnsi="Arial" w:cs="Arial"/>
          <w:b/>
          <w:sz w:val="36"/>
          <w:szCs w:val="36"/>
          <w:lang w:val="cs-CZ"/>
        </w:rPr>
        <w:t>(KRYCÍ LIST NABÍDKY)</w:t>
      </w:r>
    </w:p>
    <w:p w14:paraId="193948F7" w14:textId="77777777" w:rsidR="00D74781" w:rsidRPr="00C57510" w:rsidRDefault="001B6AA1" w:rsidP="00CF10CE">
      <w:pPr>
        <w:jc w:val="center"/>
        <w:rPr>
          <w:rFonts w:ascii="Arial" w:eastAsia="Calibri" w:hAnsi="Arial" w:cs="Arial"/>
          <w:b/>
          <w:sz w:val="36"/>
          <w:szCs w:val="36"/>
          <w:lang w:val="cs-CZ"/>
        </w:rPr>
      </w:pPr>
      <w:r w:rsidRPr="00C57510">
        <w:rPr>
          <w:rFonts w:ascii="Arial" w:eastAsia="Calibri" w:hAnsi="Arial" w:cs="Arial"/>
          <w:b/>
          <w:sz w:val="36"/>
          <w:szCs w:val="36"/>
          <w:lang w:val="cs-CZ"/>
        </w:rPr>
        <w:t>s názvem:</w:t>
      </w:r>
    </w:p>
    <w:p w14:paraId="2B2155B4" w14:textId="428F4EDE" w:rsidR="00993FF1" w:rsidRDefault="00CF10CE" w:rsidP="00993FF1">
      <w:pPr>
        <w:pStyle w:val="Default"/>
        <w:jc w:val="center"/>
        <w:rPr>
          <w:rFonts w:ascii="Arial" w:hAnsi="Arial" w:cs="Arial"/>
          <w:b/>
          <w:color w:val="auto"/>
          <w:sz w:val="36"/>
          <w:szCs w:val="36"/>
        </w:rPr>
      </w:pPr>
      <w:r w:rsidRPr="00C57510">
        <w:rPr>
          <w:rFonts w:ascii="Arial" w:hAnsi="Arial" w:cs="Arial"/>
          <w:b/>
          <w:sz w:val="36"/>
          <w:szCs w:val="36"/>
        </w:rPr>
        <w:t>„</w:t>
      </w:r>
      <w:r w:rsidR="007953AC" w:rsidRPr="007953AC">
        <w:rPr>
          <w:rFonts w:ascii="Arial" w:hAnsi="Arial" w:cs="Arial"/>
          <w:b/>
          <w:sz w:val="36"/>
          <w:szCs w:val="36"/>
        </w:rPr>
        <w:t xml:space="preserve">Rekonstrukce rozvodů vody, kanalizace </w:t>
      </w:r>
      <w:r w:rsidR="007953AC">
        <w:rPr>
          <w:rFonts w:ascii="Arial" w:hAnsi="Arial" w:cs="Arial"/>
          <w:b/>
          <w:sz w:val="36"/>
          <w:szCs w:val="36"/>
        </w:rPr>
        <w:t xml:space="preserve">a </w:t>
      </w:r>
      <w:r w:rsidR="007953AC" w:rsidRPr="007953AC">
        <w:rPr>
          <w:rFonts w:ascii="Arial" w:hAnsi="Arial" w:cs="Arial"/>
          <w:b/>
          <w:sz w:val="36"/>
          <w:szCs w:val="36"/>
        </w:rPr>
        <w:t xml:space="preserve">plynu </w:t>
      </w:r>
      <w:r w:rsidR="006E08E8">
        <w:rPr>
          <w:rFonts w:ascii="Arial" w:hAnsi="Arial" w:cs="Arial"/>
          <w:b/>
          <w:sz w:val="36"/>
          <w:szCs w:val="36"/>
        </w:rPr>
        <w:t>bytového domu</w:t>
      </w:r>
      <w:r w:rsidR="00993FF1">
        <w:rPr>
          <w:rFonts w:ascii="Arial" w:hAnsi="Arial" w:cs="Arial"/>
          <w:b/>
          <w:sz w:val="36"/>
          <w:szCs w:val="36"/>
        </w:rPr>
        <w:t xml:space="preserve"> </w:t>
      </w:r>
      <w:r w:rsidR="007953AC" w:rsidRPr="00993FF1">
        <w:rPr>
          <w:rFonts w:ascii="Arial" w:hAnsi="Arial" w:cs="Arial"/>
          <w:b/>
          <w:color w:val="auto"/>
          <w:sz w:val="36"/>
          <w:szCs w:val="36"/>
        </w:rPr>
        <w:t>na ulici Mládežnická 3,</w:t>
      </w:r>
    </w:p>
    <w:p w14:paraId="2CF14B9E" w14:textId="70B6AD40" w:rsidR="00CF10CE" w:rsidRDefault="007953AC" w:rsidP="00993FF1">
      <w:pPr>
        <w:pStyle w:val="Default"/>
        <w:jc w:val="center"/>
        <w:rPr>
          <w:rFonts w:ascii="Arial" w:hAnsi="Arial" w:cs="Arial"/>
          <w:b/>
          <w:sz w:val="36"/>
          <w:szCs w:val="36"/>
        </w:rPr>
      </w:pPr>
      <w:r w:rsidRPr="00993FF1">
        <w:rPr>
          <w:rFonts w:ascii="Arial" w:hAnsi="Arial" w:cs="Arial"/>
          <w:b/>
          <w:color w:val="auto"/>
          <w:sz w:val="36"/>
          <w:szCs w:val="36"/>
        </w:rPr>
        <w:t>Havířov</w:t>
      </w:r>
      <w:r w:rsidR="00993FF1">
        <w:rPr>
          <w:rFonts w:ascii="Arial" w:hAnsi="Arial" w:cs="Arial"/>
          <w:b/>
          <w:color w:val="auto"/>
          <w:sz w:val="36"/>
          <w:szCs w:val="36"/>
        </w:rPr>
        <w:t>-</w:t>
      </w:r>
      <w:r w:rsidRPr="00993FF1">
        <w:rPr>
          <w:rFonts w:ascii="Arial" w:hAnsi="Arial" w:cs="Arial"/>
          <w:b/>
          <w:color w:val="auto"/>
          <w:sz w:val="36"/>
          <w:szCs w:val="36"/>
        </w:rPr>
        <w:t>Podlesí</w:t>
      </w:r>
      <w:r w:rsidR="00CF10CE" w:rsidRPr="00C57510">
        <w:rPr>
          <w:rFonts w:ascii="Arial" w:hAnsi="Arial" w:cs="Arial"/>
          <w:b/>
          <w:sz w:val="36"/>
          <w:szCs w:val="36"/>
        </w:rPr>
        <w:t>“</w:t>
      </w:r>
    </w:p>
    <w:p w14:paraId="239A1432" w14:textId="77777777" w:rsidR="002E29B7" w:rsidRPr="00C57510" w:rsidRDefault="002E29B7" w:rsidP="00C57510">
      <w:pPr>
        <w:pStyle w:val="Default"/>
        <w:jc w:val="center"/>
        <w:rPr>
          <w:rFonts w:ascii="Arial" w:hAnsi="Arial" w:cs="Arial"/>
          <w:b/>
          <w:sz w:val="36"/>
          <w:szCs w:val="36"/>
        </w:rPr>
      </w:pPr>
    </w:p>
    <w:p w14:paraId="51E5CE0C" w14:textId="77777777" w:rsidR="003F4AB7" w:rsidRDefault="003F4AB7" w:rsidP="00EE60FD">
      <w:pPr>
        <w:pStyle w:val="Default"/>
        <w:jc w:val="center"/>
        <w:rPr>
          <w:rFonts w:ascii="Arial" w:hAnsi="Arial" w:cs="Arial"/>
          <w:b/>
          <w:sz w:val="16"/>
          <w:szCs w:val="16"/>
        </w:rPr>
      </w:pPr>
    </w:p>
    <w:p w14:paraId="2DA1F598" w14:textId="77777777" w:rsidR="002E29B7" w:rsidRDefault="002E29B7" w:rsidP="00EE60FD">
      <w:pPr>
        <w:pStyle w:val="Default"/>
        <w:jc w:val="center"/>
        <w:rPr>
          <w:rFonts w:ascii="Arial" w:hAnsi="Arial" w:cs="Arial"/>
          <w:b/>
          <w:sz w:val="16"/>
          <w:szCs w:val="16"/>
        </w:rPr>
      </w:pPr>
    </w:p>
    <w:p w14:paraId="6E701378" w14:textId="77777777" w:rsidR="002E29B7" w:rsidRPr="003F4AB7" w:rsidRDefault="002E29B7" w:rsidP="00EE60FD">
      <w:pPr>
        <w:pStyle w:val="Default"/>
        <w:jc w:val="center"/>
        <w:rPr>
          <w:rFonts w:ascii="Arial" w:hAnsi="Arial" w:cs="Arial"/>
          <w:b/>
          <w:sz w:val="16"/>
          <w:szCs w:val="16"/>
        </w:rPr>
      </w:pPr>
    </w:p>
    <w:p w14:paraId="3FEEBB4C" w14:textId="77777777" w:rsidR="00547EE8" w:rsidRDefault="00547EE8" w:rsidP="00547EE8">
      <w:pPr>
        <w:pStyle w:val="Default"/>
        <w:jc w:val="center"/>
        <w:rPr>
          <w:rFonts w:ascii="Arial" w:hAnsi="Arial" w:cs="Arial"/>
          <w:b/>
          <w:sz w:val="16"/>
          <w:szCs w:val="16"/>
        </w:rPr>
      </w:pPr>
    </w:p>
    <w:p w14:paraId="62CC3AD0" w14:textId="77777777" w:rsidR="00C043AB" w:rsidRPr="00C043AB" w:rsidRDefault="00C043AB" w:rsidP="00547EE8">
      <w:pPr>
        <w:pStyle w:val="Default"/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49"/>
        <w:gridCol w:w="2546"/>
        <w:gridCol w:w="3261"/>
      </w:tblGrid>
      <w:tr w:rsidR="007D0557" w14:paraId="7F78052F" w14:textId="77777777" w:rsidTr="007D0557">
        <w:tc>
          <w:tcPr>
            <w:tcW w:w="3049" w:type="dxa"/>
          </w:tcPr>
          <w:p w14:paraId="449436B7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CF10CE"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  <w:t>Identifikační údaje účastníka</w:t>
            </w:r>
            <w:r w:rsidRPr="0083004D">
              <w:rPr>
                <w:rFonts w:ascii="Arial" w:eastAsia="Calibri" w:hAnsi="Arial" w:cs="Arial"/>
                <w:sz w:val="20"/>
                <w:szCs w:val="20"/>
                <w:u w:val="single"/>
              </w:rPr>
              <w:t>:</w:t>
            </w:r>
          </w:p>
        </w:tc>
        <w:tc>
          <w:tcPr>
            <w:tcW w:w="2546" w:type="dxa"/>
          </w:tcPr>
          <w:p w14:paraId="570877E5" w14:textId="77777777" w:rsidR="007D0557" w:rsidRPr="00A042A1" w:rsidRDefault="007D0557" w:rsidP="00CF10CE">
            <w:pPr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14:paraId="0503D7BC" w14:textId="4CF46661" w:rsidR="007D0557" w:rsidRPr="00A042A1" w:rsidRDefault="007D0557" w:rsidP="00CF10CE">
            <w:pPr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A042A1">
              <w:rPr>
                <w:rFonts w:ascii="Arial" w:eastAsia="Calibri" w:hAnsi="Arial" w:cs="Arial"/>
                <w:bCs/>
                <w:sz w:val="20"/>
                <w:szCs w:val="20"/>
              </w:rPr>
              <w:t>…………....</w:t>
            </w:r>
            <w:r>
              <w:rPr>
                <w:rFonts w:ascii="Arial" w:eastAsia="Calibri" w:hAnsi="Arial" w:cs="Arial"/>
                <w:bCs/>
                <w:sz w:val="20"/>
                <w:szCs w:val="20"/>
              </w:rPr>
              <w:t>...........</w:t>
            </w:r>
          </w:p>
        </w:tc>
      </w:tr>
      <w:tr w:rsidR="007D0557" w14:paraId="53143D86" w14:textId="77777777" w:rsidTr="007D0557">
        <w:tc>
          <w:tcPr>
            <w:tcW w:w="3049" w:type="dxa"/>
          </w:tcPr>
          <w:p w14:paraId="3A6BDDA0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Se sídlem:</w:t>
            </w:r>
          </w:p>
        </w:tc>
        <w:tc>
          <w:tcPr>
            <w:tcW w:w="2546" w:type="dxa"/>
          </w:tcPr>
          <w:p w14:paraId="5BE4BDA0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57221F36" w14:textId="7AEC722A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</w:tc>
      </w:tr>
      <w:tr w:rsidR="007D0557" w14:paraId="060E926D" w14:textId="77777777" w:rsidTr="007D0557">
        <w:tc>
          <w:tcPr>
            <w:tcW w:w="3049" w:type="dxa"/>
          </w:tcPr>
          <w:p w14:paraId="4A890E87" w14:textId="77089552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 xml:space="preserve">Zastoupen: </w:t>
            </w:r>
          </w:p>
        </w:tc>
        <w:tc>
          <w:tcPr>
            <w:tcW w:w="2546" w:type="dxa"/>
          </w:tcPr>
          <w:p w14:paraId="7B643A9A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06FF2A83" w14:textId="714B9371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……………</w:t>
            </w:r>
            <w:r>
              <w:rPr>
                <w:rFonts w:ascii="Arial" w:eastAsia="Calibri" w:hAnsi="Arial" w:cs="Arial"/>
                <w:sz w:val="20"/>
                <w:szCs w:val="20"/>
              </w:rPr>
              <w:t>……….</w:t>
            </w:r>
          </w:p>
        </w:tc>
      </w:tr>
      <w:tr w:rsidR="007D0557" w14:paraId="5D030A6F" w14:textId="77777777" w:rsidTr="007D0557">
        <w:tc>
          <w:tcPr>
            <w:tcW w:w="3049" w:type="dxa"/>
          </w:tcPr>
          <w:p w14:paraId="0828E18A" w14:textId="77777777" w:rsidR="007D0557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pl-PL"/>
              </w:rPr>
            </w:pPr>
            <w:r w:rsidRPr="00F84929">
              <w:rPr>
                <w:rFonts w:ascii="Arial" w:eastAsia="Calibri" w:hAnsi="Arial" w:cs="Arial"/>
                <w:sz w:val="20"/>
                <w:szCs w:val="20"/>
                <w:lang w:val="pl-PL"/>
              </w:rPr>
              <w:t>Pověřená osoba-technické věci:</w:t>
            </w:r>
          </w:p>
          <w:p w14:paraId="3AAB84FD" w14:textId="34E90A2F" w:rsidR="007D0557" w:rsidRPr="00F84929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pl-PL"/>
              </w:rPr>
              <w:t>Tel:</w:t>
            </w:r>
          </w:p>
          <w:p w14:paraId="781400DD" w14:textId="52F0F75E" w:rsidR="007D0557" w:rsidRPr="00F84929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pl-PL"/>
              </w:rPr>
            </w:pPr>
            <w:r w:rsidRPr="00F84929">
              <w:rPr>
                <w:rFonts w:ascii="Arial" w:eastAsia="Calibri" w:hAnsi="Arial" w:cs="Arial"/>
                <w:sz w:val="20"/>
                <w:szCs w:val="20"/>
                <w:lang w:val="pl-PL"/>
              </w:rPr>
              <w:t>Email</w:t>
            </w:r>
            <w:r w:rsidR="00850F79">
              <w:rPr>
                <w:rFonts w:ascii="Arial" w:eastAsia="Calibri" w:hAnsi="Arial" w:cs="Arial"/>
                <w:sz w:val="20"/>
                <w:szCs w:val="20"/>
                <w:lang w:val="pl-PL"/>
              </w:rPr>
              <w:t xml:space="preserve">                                                               </w:t>
            </w:r>
          </w:p>
        </w:tc>
        <w:tc>
          <w:tcPr>
            <w:tcW w:w="2546" w:type="dxa"/>
          </w:tcPr>
          <w:p w14:paraId="77506111" w14:textId="77777777" w:rsidR="007D0557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2D76B8B6" w14:textId="4F291D28" w:rsidR="007D0557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  <w:p w14:paraId="65C5F7EF" w14:textId="510D5020" w:rsidR="007D0557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  <w:p w14:paraId="5638E309" w14:textId="77777777" w:rsidR="007D0557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  <w:p w14:paraId="32721100" w14:textId="0521A848" w:rsidR="00850F79" w:rsidRPr="0083004D" w:rsidRDefault="00850F79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</w:tc>
      </w:tr>
      <w:tr w:rsidR="007D0557" w14:paraId="5A185F88" w14:textId="77777777" w:rsidTr="007D0557">
        <w:tc>
          <w:tcPr>
            <w:tcW w:w="3049" w:type="dxa"/>
          </w:tcPr>
          <w:p w14:paraId="58B43192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 xml:space="preserve">Bankovní spojení :     </w:t>
            </w:r>
          </w:p>
        </w:tc>
        <w:tc>
          <w:tcPr>
            <w:tcW w:w="2546" w:type="dxa"/>
          </w:tcPr>
          <w:p w14:paraId="239B7C0E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13DE8170" w14:textId="61A8CBB3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…………………</w:t>
            </w:r>
            <w:r>
              <w:rPr>
                <w:rFonts w:ascii="Arial" w:eastAsia="Calibri" w:hAnsi="Arial" w:cs="Arial"/>
                <w:sz w:val="20"/>
                <w:szCs w:val="20"/>
              </w:rPr>
              <w:t>….</w:t>
            </w:r>
          </w:p>
        </w:tc>
      </w:tr>
      <w:tr w:rsidR="007D0557" w14:paraId="2C446ACF" w14:textId="77777777" w:rsidTr="007D0557">
        <w:tc>
          <w:tcPr>
            <w:tcW w:w="3049" w:type="dxa"/>
          </w:tcPr>
          <w:p w14:paraId="7415C6EF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č.ú.:</w:t>
            </w:r>
          </w:p>
        </w:tc>
        <w:tc>
          <w:tcPr>
            <w:tcW w:w="2546" w:type="dxa"/>
          </w:tcPr>
          <w:p w14:paraId="658A7C8F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027DB990" w14:textId="1EF2D963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</w:t>
            </w:r>
            <w:r>
              <w:rPr>
                <w:rFonts w:ascii="Arial" w:eastAsia="Calibri" w:hAnsi="Arial" w:cs="Arial"/>
                <w:sz w:val="20"/>
                <w:szCs w:val="20"/>
              </w:rPr>
              <w:t>………….</w:t>
            </w:r>
          </w:p>
        </w:tc>
      </w:tr>
      <w:tr w:rsidR="007D0557" w14:paraId="7366C32D" w14:textId="77777777" w:rsidTr="007D0557">
        <w:tc>
          <w:tcPr>
            <w:tcW w:w="3049" w:type="dxa"/>
          </w:tcPr>
          <w:p w14:paraId="57C24218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IČ :</w:t>
            </w:r>
          </w:p>
        </w:tc>
        <w:tc>
          <w:tcPr>
            <w:tcW w:w="2546" w:type="dxa"/>
          </w:tcPr>
          <w:p w14:paraId="0D1368A6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526E7AB8" w14:textId="0CD972BD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……………………</w:t>
            </w:r>
            <w:r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</w:tr>
      <w:tr w:rsidR="007D0557" w14:paraId="004D38EE" w14:textId="77777777" w:rsidTr="007D0557">
        <w:tc>
          <w:tcPr>
            <w:tcW w:w="3049" w:type="dxa"/>
          </w:tcPr>
          <w:p w14:paraId="485A897D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 xml:space="preserve">DIČ :   </w:t>
            </w:r>
          </w:p>
        </w:tc>
        <w:tc>
          <w:tcPr>
            <w:tcW w:w="2546" w:type="dxa"/>
          </w:tcPr>
          <w:p w14:paraId="397D124A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545948DD" w14:textId="3CA24D52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…………………</w:t>
            </w:r>
            <w:r>
              <w:rPr>
                <w:rFonts w:ascii="Arial" w:eastAsia="Calibri" w:hAnsi="Arial" w:cs="Arial"/>
                <w:sz w:val="20"/>
                <w:szCs w:val="20"/>
              </w:rPr>
              <w:t>….</w:t>
            </w:r>
          </w:p>
        </w:tc>
      </w:tr>
      <w:tr w:rsidR="007D0557" w14:paraId="56D39DBA" w14:textId="77777777" w:rsidTr="007D0557">
        <w:tc>
          <w:tcPr>
            <w:tcW w:w="3049" w:type="dxa"/>
          </w:tcPr>
          <w:p w14:paraId="2D8DB27E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Zapsán u:</w:t>
            </w:r>
          </w:p>
        </w:tc>
        <w:tc>
          <w:tcPr>
            <w:tcW w:w="2546" w:type="dxa"/>
          </w:tcPr>
          <w:p w14:paraId="665CCF5F" w14:textId="77777777" w:rsidR="007D0557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30054FD0" w14:textId="0E337003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</w:tc>
      </w:tr>
    </w:tbl>
    <w:p w14:paraId="2275E3AA" w14:textId="77777777" w:rsidR="003F4AB7" w:rsidRDefault="003F4AB7" w:rsidP="007D0557">
      <w:pPr>
        <w:rPr>
          <w:rFonts w:ascii="Arial" w:hAnsi="Arial" w:cs="Arial"/>
          <w:bCs/>
          <w:sz w:val="20"/>
          <w:szCs w:val="20"/>
        </w:rPr>
      </w:pPr>
    </w:p>
    <w:p w14:paraId="12425D75" w14:textId="77777777" w:rsidR="002E29B7" w:rsidRDefault="002E29B7" w:rsidP="007D0557">
      <w:pPr>
        <w:rPr>
          <w:rFonts w:ascii="Arial" w:hAnsi="Arial" w:cs="Arial"/>
          <w:bCs/>
          <w:sz w:val="20"/>
          <w:szCs w:val="20"/>
        </w:rPr>
      </w:pPr>
    </w:p>
    <w:p w14:paraId="302BF7D5" w14:textId="77777777" w:rsidR="002E29B7" w:rsidRDefault="002E29B7" w:rsidP="007D0557">
      <w:pPr>
        <w:rPr>
          <w:rFonts w:ascii="Arial" w:hAnsi="Arial" w:cs="Arial"/>
          <w:bCs/>
          <w:sz w:val="20"/>
          <w:szCs w:val="20"/>
        </w:rPr>
      </w:pPr>
    </w:p>
    <w:p w14:paraId="571DF45A" w14:textId="77777777" w:rsidR="00C57510" w:rsidRPr="00C441DD" w:rsidRDefault="00C57510" w:rsidP="00C57510">
      <w:pPr>
        <w:ind w:left="3600" w:hanging="3600"/>
        <w:rPr>
          <w:rFonts w:ascii="Arial" w:hAnsi="Arial" w:cs="Arial"/>
          <w:b/>
          <w:sz w:val="20"/>
          <w:szCs w:val="20"/>
        </w:rPr>
      </w:pPr>
      <w:r w:rsidRPr="00C441DD">
        <w:rPr>
          <w:rFonts w:ascii="Arial" w:eastAsia="Calibri" w:hAnsi="Arial" w:cs="Arial"/>
          <w:b/>
          <w:bCs/>
          <w:sz w:val="20"/>
          <w:szCs w:val="20"/>
          <w:u w:val="single"/>
        </w:rPr>
        <w:t>Nabídnutá cena</w:t>
      </w:r>
      <w:bookmarkStart w:id="0" w:name="_Hlk96678743"/>
      <w:r w:rsidRPr="00C441DD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 bez DPH</w:t>
      </w:r>
      <w:bookmarkEnd w:id="0"/>
      <w:r w:rsidRPr="00C441DD">
        <w:rPr>
          <w:rFonts w:ascii="Arial" w:hAnsi="Arial" w:cs="Arial"/>
          <w:b/>
          <w:sz w:val="20"/>
          <w:szCs w:val="20"/>
        </w:rPr>
        <w:t xml:space="preserve">: </w:t>
      </w:r>
      <w:r>
        <w:rPr>
          <w:rFonts w:ascii="Arial" w:hAnsi="Arial" w:cs="Arial"/>
          <w:b/>
          <w:sz w:val="20"/>
          <w:szCs w:val="20"/>
        </w:rPr>
        <w:t xml:space="preserve">            N</w:t>
      </w:r>
      <w:r w:rsidRPr="00C441DD">
        <w:rPr>
          <w:rFonts w:ascii="Arial" w:hAnsi="Arial" w:cs="Arial"/>
          <w:b/>
          <w:color w:val="000000"/>
          <w:sz w:val="20"/>
          <w:szCs w:val="20"/>
        </w:rPr>
        <w:t xml:space="preserve">EUVÁDĚT,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cena bude </w:t>
      </w:r>
      <w:r w:rsidRPr="00C441DD">
        <w:rPr>
          <w:rFonts w:ascii="Arial" w:hAnsi="Arial" w:cs="Arial"/>
          <w:b/>
          <w:color w:val="000000"/>
          <w:sz w:val="20"/>
          <w:szCs w:val="20"/>
        </w:rPr>
        <w:t>uvedena v návrhu Sm</w:t>
      </w:r>
      <w:r>
        <w:rPr>
          <w:rFonts w:ascii="Arial" w:hAnsi="Arial" w:cs="Arial"/>
          <w:b/>
          <w:color w:val="000000"/>
          <w:sz w:val="20"/>
          <w:szCs w:val="20"/>
        </w:rPr>
        <w:t>louvy o dílo.</w:t>
      </w:r>
    </w:p>
    <w:p w14:paraId="333401A7" w14:textId="59B6DDBC" w:rsidR="00C57510" w:rsidRPr="003B1C1F" w:rsidRDefault="00C57510" w:rsidP="00C57510">
      <w:pPr>
        <w:rPr>
          <w:rFonts w:ascii="Arial" w:hAnsi="Arial" w:cs="Arial"/>
          <w:b/>
          <w:bCs/>
          <w:sz w:val="20"/>
          <w:szCs w:val="20"/>
          <w:lang w:val="pl-PL"/>
        </w:rPr>
      </w:pPr>
      <w:r w:rsidRPr="003B1C1F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Záruční doba (v měsících):</w:t>
      </w:r>
      <w:r w:rsidRPr="003B1C1F">
        <w:rPr>
          <w:rFonts w:ascii="Arial" w:hAnsi="Arial" w:cs="Arial"/>
          <w:b/>
          <w:bCs/>
          <w:sz w:val="20"/>
          <w:szCs w:val="20"/>
          <w:lang w:val="pl-PL"/>
        </w:rPr>
        <w:t xml:space="preserve">                 </w:t>
      </w:r>
      <w:r w:rsidRPr="003B1C1F">
        <w:rPr>
          <w:rFonts w:ascii="Arial" w:hAnsi="Arial" w:cs="Arial"/>
          <w:b/>
          <w:bCs/>
          <w:sz w:val="20"/>
          <w:szCs w:val="20"/>
          <w:lang w:val="pl-PL"/>
        </w:rPr>
        <w:tab/>
      </w:r>
      <w:r w:rsidRPr="003B1C1F">
        <w:rPr>
          <w:rFonts w:ascii="Arial" w:hAnsi="Arial" w:cs="Arial"/>
          <w:b/>
          <w:bCs/>
          <w:sz w:val="20"/>
          <w:szCs w:val="20"/>
          <w:lang w:val="pl-PL"/>
        </w:rPr>
        <w:tab/>
      </w:r>
      <w:r w:rsidRPr="003B1C1F">
        <w:rPr>
          <w:rFonts w:ascii="Arial" w:hAnsi="Arial" w:cs="Arial"/>
          <w:b/>
          <w:bCs/>
          <w:sz w:val="20"/>
          <w:szCs w:val="20"/>
          <w:lang w:val="pl-PL"/>
        </w:rPr>
        <w:tab/>
      </w:r>
      <w:r w:rsidRPr="003B1C1F">
        <w:rPr>
          <w:rFonts w:ascii="Arial" w:hAnsi="Arial" w:cs="Arial"/>
          <w:b/>
          <w:bCs/>
          <w:sz w:val="20"/>
          <w:szCs w:val="20"/>
          <w:lang w:val="pl-PL"/>
        </w:rPr>
        <w:tab/>
      </w:r>
      <w:r w:rsidRPr="003B1C1F">
        <w:rPr>
          <w:rFonts w:ascii="Arial" w:hAnsi="Arial" w:cs="Arial"/>
          <w:b/>
          <w:bCs/>
          <w:sz w:val="20"/>
          <w:szCs w:val="20"/>
          <w:lang w:val="pl-PL"/>
        </w:rPr>
        <w:tab/>
        <w:t xml:space="preserve">        …………………….</w:t>
      </w:r>
    </w:p>
    <w:p w14:paraId="6D303F27" w14:textId="186D605A" w:rsidR="00C57510" w:rsidRPr="003B1C1F" w:rsidRDefault="003B1C1F" w:rsidP="00C57510">
      <w:pPr>
        <w:rPr>
          <w:rFonts w:ascii="Arial" w:hAnsi="Arial" w:cs="Arial"/>
          <w:b/>
          <w:bCs/>
          <w:sz w:val="20"/>
          <w:szCs w:val="20"/>
          <w:lang w:val="pl-PL"/>
        </w:rPr>
      </w:pPr>
      <w:r w:rsidRPr="003B1C1F">
        <w:rPr>
          <w:rFonts w:ascii="Arial" w:hAnsi="Arial" w:cs="Arial"/>
          <w:b/>
          <w:bCs/>
          <w:sz w:val="20"/>
          <w:szCs w:val="20"/>
          <w:lang w:val="pl-PL"/>
        </w:rPr>
        <w:t>Doba realizace díla (v kalendářních dnech</w:t>
      </w:r>
      <w:r w:rsidR="00C57510" w:rsidRPr="003B1C1F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)</w:t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 xml:space="preserve">:     </w:t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ab/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ab/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ab/>
        <w:t xml:space="preserve">        …………………….</w:t>
      </w:r>
    </w:p>
    <w:p w14:paraId="45EA2C7F" w14:textId="77777777" w:rsidR="004C76BD" w:rsidRDefault="003B1C1F" w:rsidP="00C57510">
      <w:pPr>
        <w:rPr>
          <w:rFonts w:ascii="Arial" w:hAnsi="Arial" w:cs="Arial"/>
          <w:b/>
          <w:bCs/>
          <w:sz w:val="20"/>
          <w:szCs w:val="20"/>
          <w:lang w:val="pl-PL"/>
        </w:rPr>
      </w:pPr>
      <w:r w:rsidRPr="003B1C1F">
        <w:rPr>
          <w:rFonts w:ascii="Arial" w:hAnsi="Arial" w:cs="Arial"/>
          <w:b/>
          <w:bCs/>
          <w:sz w:val="20"/>
          <w:szCs w:val="20"/>
          <w:lang w:val="pl-PL"/>
        </w:rPr>
        <w:t>Referenční listy z obdobných realizací (ks)</w:t>
      </w:r>
    </w:p>
    <w:p w14:paraId="6EF3B30D" w14:textId="23D2DDFB" w:rsidR="00C57510" w:rsidRPr="003B1C1F" w:rsidRDefault="004C76BD" w:rsidP="00C57510">
      <w:pPr>
        <w:rPr>
          <w:rFonts w:ascii="Arial" w:hAnsi="Arial" w:cs="Arial"/>
          <w:b/>
          <w:bCs/>
          <w:sz w:val="20"/>
          <w:szCs w:val="20"/>
          <w:lang w:val="pl-PL"/>
        </w:rPr>
      </w:pPr>
      <w:r w:rsidRPr="004C76BD">
        <w:rPr>
          <w:rFonts w:ascii="Arial" w:hAnsi="Arial" w:cs="Arial"/>
          <w:b/>
          <w:bCs/>
          <w:sz w:val="20"/>
          <w:szCs w:val="20"/>
          <w:lang w:val="pl-PL"/>
        </w:rPr>
        <w:t>(rekonstrukce rozvodů BD za poslední 3 roky)</w:t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 xml:space="preserve">:   </w:t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ab/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ab/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sz w:val="20"/>
          <w:szCs w:val="20"/>
          <w:lang w:val="pl-PL"/>
        </w:rPr>
        <w:t xml:space="preserve">        </w:t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>…………………….</w:t>
      </w:r>
    </w:p>
    <w:p w14:paraId="2840427A" w14:textId="77777777" w:rsidR="004C76BD" w:rsidRDefault="004C76BD" w:rsidP="004C76BD">
      <w:pPr>
        <w:rPr>
          <w:rFonts w:ascii="Arial" w:hAnsi="Arial" w:cs="Arial"/>
          <w:b/>
          <w:bCs/>
          <w:sz w:val="20"/>
          <w:szCs w:val="20"/>
          <w:lang w:val="cs-CZ"/>
        </w:rPr>
      </w:pPr>
      <w:r w:rsidRPr="004C76BD">
        <w:rPr>
          <w:rFonts w:ascii="Arial" w:hAnsi="Arial" w:cs="Arial"/>
          <w:b/>
          <w:bCs/>
          <w:sz w:val="20"/>
          <w:szCs w:val="20"/>
          <w:lang w:val="cs-CZ"/>
        </w:rPr>
        <w:t>Materiál lepší kvality vodovodu a plynovodu – nerez 1.4521</w:t>
      </w:r>
    </w:p>
    <w:p w14:paraId="1628EB8B" w14:textId="619D4455" w:rsidR="00C57510" w:rsidRPr="004C76BD" w:rsidRDefault="004C76BD" w:rsidP="00C57510">
      <w:pPr>
        <w:rPr>
          <w:rFonts w:ascii="Arial" w:hAnsi="Arial" w:cs="Arial"/>
          <w:b/>
          <w:bCs/>
          <w:sz w:val="20"/>
          <w:szCs w:val="20"/>
          <w:lang w:val="cs-CZ"/>
        </w:rPr>
      </w:pPr>
      <w:r w:rsidRPr="004C76BD">
        <w:rPr>
          <w:rFonts w:ascii="Arial" w:hAnsi="Arial" w:cs="Arial"/>
          <w:b/>
          <w:bCs/>
          <w:sz w:val="20"/>
          <w:szCs w:val="20"/>
          <w:lang w:val="cs-CZ"/>
        </w:rPr>
        <w:t>(systém Inoxpress, Ivar.Inox, Sanpress Inox apod.)</w:t>
      </w:r>
      <w:r>
        <w:rPr>
          <w:rFonts w:ascii="Arial" w:hAnsi="Arial" w:cs="Arial"/>
          <w:b/>
          <w:bCs/>
          <w:sz w:val="20"/>
          <w:szCs w:val="20"/>
          <w:lang w:val="cs-CZ"/>
        </w:rPr>
        <w:t xml:space="preserve">; </w:t>
      </w:r>
      <w:r w:rsidR="00C57510" w:rsidRPr="004C76BD">
        <w:rPr>
          <w:rFonts w:ascii="Arial" w:hAnsi="Arial" w:cs="Arial"/>
          <w:b/>
          <w:bCs/>
          <w:sz w:val="20"/>
          <w:szCs w:val="20"/>
        </w:rPr>
        <w:t>(</w:t>
      </w:r>
      <w:r w:rsidRPr="004C76BD">
        <w:rPr>
          <w:rFonts w:ascii="Arial" w:hAnsi="Arial" w:cs="Arial"/>
          <w:b/>
          <w:bCs/>
          <w:sz w:val="20"/>
          <w:szCs w:val="20"/>
        </w:rPr>
        <w:t>ANO / NE</w:t>
      </w:r>
      <w:r w:rsidR="00C57510" w:rsidRPr="004C76BD">
        <w:rPr>
          <w:rFonts w:ascii="Arial" w:hAnsi="Arial" w:cs="Arial"/>
          <w:b/>
          <w:bCs/>
          <w:sz w:val="20"/>
          <w:szCs w:val="20"/>
        </w:rPr>
        <w:t xml:space="preserve">):  </w:t>
      </w:r>
      <w:r w:rsidR="00C57510" w:rsidRPr="004C76BD">
        <w:rPr>
          <w:rFonts w:ascii="Arial" w:hAnsi="Arial" w:cs="Arial"/>
          <w:b/>
          <w:bCs/>
          <w:sz w:val="20"/>
          <w:szCs w:val="20"/>
        </w:rPr>
        <w:tab/>
        <w:t xml:space="preserve">        …………………….</w:t>
      </w:r>
    </w:p>
    <w:p w14:paraId="2EEA07DD" w14:textId="77777777" w:rsidR="002E29B7" w:rsidRPr="006E08E8" w:rsidRDefault="002E29B7" w:rsidP="002E29B7">
      <w:pPr>
        <w:spacing w:after="160" w:line="278" w:lineRule="auto"/>
        <w:rPr>
          <w:rFonts w:ascii="Arial" w:hAnsi="Arial" w:cs="Arial"/>
          <w:b/>
          <w:bCs/>
          <w:sz w:val="20"/>
          <w:szCs w:val="20"/>
        </w:rPr>
      </w:pPr>
    </w:p>
    <w:p w14:paraId="226B40B7" w14:textId="77777777" w:rsidR="002E29B7" w:rsidRPr="006E08E8" w:rsidRDefault="002E29B7" w:rsidP="002E29B7">
      <w:pPr>
        <w:spacing w:after="160" w:line="278" w:lineRule="auto"/>
        <w:rPr>
          <w:rFonts w:ascii="Arial" w:hAnsi="Arial" w:cs="Arial"/>
          <w:b/>
          <w:bCs/>
          <w:sz w:val="20"/>
          <w:szCs w:val="20"/>
        </w:rPr>
      </w:pPr>
    </w:p>
    <w:p w14:paraId="638EB7C2" w14:textId="77777777" w:rsidR="002E29B7" w:rsidRPr="006E08E8" w:rsidRDefault="002E29B7" w:rsidP="002E29B7">
      <w:pPr>
        <w:spacing w:after="160" w:line="278" w:lineRule="auto"/>
        <w:rPr>
          <w:rFonts w:ascii="Arial" w:hAnsi="Arial" w:cs="Arial"/>
          <w:b/>
          <w:bCs/>
          <w:sz w:val="20"/>
          <w:szCs w:val="20"/>
        </w:rPr>
      </w:pPr>
    </w:p>
    <w:p w14:paraId="4613C29C" w14:textId="77777777" w:rsidR="002E29B7" w:rsidRPr="006E08E8" w:rsidRDefault="002E29B7" w:rsidP="002E29B7">
      <w:pPr>
        <w:spacing w:after="160" w:line="278" w:lineRule="auto"/>
        <w:rPr>
          <w:rFonts w:ascii="Arial" w:hAnsi="Arial" w:cs="Arial"/>
          <w:b/>
          <w:bCs/>
          <w:sz w:val="20"/>
          <w:szCs w:val="20"/>
        </w:rPr>
      </w:pPr>
    </w:p>
    <w:p w14:paraId="3482B628" w14:textId="77777777" w:rsidR="002E29B7" w:rsidRPr="006E08E8" w:rsidRDefault="002E29B7" w:rsidP="002E29B7">
      <w:pPr>
        <w:spacing w:after="160" w:line="278" w:lineRule="auto"/>
        <w:rPr>
          <w:rFonts w:ascii="Arial" w:hAnsi="Arial" w:cs="Arial"/>
          <w:b/>
          <w:bCs/>
          <w:sz w:val="20"/>
          <w:szCs w:val="20"/>
        </w:rPr>
      </w:pPr>
    </w:p>
    <w:p w14:paraId="3F170DCF" w14:textId="77777777" w:rsidR="002E29B7" w:rsidRPr="006E08E8" w:rsidRDefault="002E29B7" w:rsidP="002E29B7">
      <w:pPr>
        <w:spacing w:after="160" w:line="278" w:lineRule="auto"/>
        <w:rPr>
          <w:rFonts w:ascii="Arial" w:hAnsi="Arial" w:cs="Arial"/>
          <w:b/>
          <w:bCs/>
          <w:sz w:val="20"/>
          <w:szCs w:val="20"/>
        </w:rPr>
      </w:pPr>
    </w:p>
    <w:p w14:paraId="1884DD20" w14:textId="0674EF52" w:rsidR="002E29B7" w:rsidRDefault="002E29B7" w:rsidP="002E29B7">
      <w:pPr>
        <w:spacing w:after="160" w:line="278" w:lineRule="auto"/>
        <w:rPr>
          <w:rFonts w:ascii="Arial" w:hAnsi="Arial" w:cs="Arial"/>
          <w:b/>
          <w:bCs/>
          <w:sz w:val="20"/>
          <w:szCs w:val="20"/>
        </w:rPr>
      </w:pPr>
      <w:r w:rsidRPr="006E08E8">
        <w:rPr>
          <w:rFonts w:ascii="Arial" w:hAnsi="Arial" w:cs="Arial"/>
          <w:b/>
          <w:bCs/>
          <w:sz w:val="20"/>
          <w:szCs w:val="20"/>
        </w:rPr>
        <w:t xml:space="preserve">Specifikace </w:t>
      </w:r>
      <w:r w:rsidRPr="003E6D96">
        <w:rPr>
          <w:rFonts w:ascii="Arial" w:hAnsi="Arial" w:cs="Arial"/>
          <w:b/>
          <w:bCs/>
          <w:sz w:val="20"/>
          <w:szCs w:val="20"/>
          <w:u w:val="single"/>
        </w:rPr>
        <w:t>orientačních</w:t>
      </w:r>
      <w:r w:rsidRPr="006E08E8">
        <w:rPr>
          <w:rFonts w:ascii="Arial" w:hAnsi="Arial" w:cs="Arial"/>
          <w:b/>
          <w:bCs/>
          <w:sz w:val="20"/>
          <w:szCs w:val="20"/>
        </w:rPr>
        <w:t xml:space="preserve"> nákladů za stavební práce </w:t>
      </w:r>
      <w:proofErr w:type="spellStart"/>
      <w:r w:rsidRPr="006E08E8">
        <w:rPr>
          <w:rFonts w:ascii="Arial" w:hAnsi="Arial" w:cs="Arial"/>
          <w:b/>
          <w:bCs/>
          <w:sz w:val="20"/>
          <w:szCs w:val="20"/>
        </w:rPr>
        <w:t>na</w:t>
      </w:r>
      <w:proofErr w:type="spellEnd"/>
      <w:r w:rsidRPr="006E08E8">
        <w:rPr>
          <w:rFonts w:ascii="Arial" w:hAnsi="Arial" w:cs="Arial"/>
          <w:b/>
          <w:bCs/>
          <w:sz w:val="20"/>
          <w:szCs w:val="20"/>
        </w:rPr>
        <w:t xml:space="preserve"> neveřejné části:</w:t>
      </w:r>
    </w:p>
    <w:p w14:paraId="573DD8C4" w14:textId="77777777" w:rsidR="00B03819" w:rsidRPr="006E08E8" w:rsidRDefault="00B03819" w:rsidP="002E29B7">
      <w:pPr>
        <w:spacing w:after="160" w:line="278" w:lineRule="auto"/>
        <w:rPr>
          <w:rFonts w:ascii="Arial" w:hAnsi="Arial" w:cs="Arial"/>
          <w:b/>
          <w:bCs/>
          <w:sz w:val="20"/>
          <w:szCs w:val="20"/>
        </w:rPr>
      </w:pPr>
    </w:p>
    <w:p w14:paraId="3C23DCEE" w14:textId="77777777" w:rsidR="002E29B7" w:rsidRPr="006E08E8" w:rsidRDefault="002E29B7" w:rsidP="002E29B7">
      <w:pPr>
        <w:rPr>
          <w:rFonts w:ascii="Arial" w:hAnsi="Arial" w:cs="Arial"/>
          <w:sz w:val="20"/>
          <w:szCs w:val="20"/>
        </w:rPr>
      </w:pPr>
      <w:r w:rsidRPr="006E08E8">
        <w:rPr>
          <w:rFonts w:ascii="Arial" w:hAnsi="Arial" w:cs="Arial"/>
          <w:b/>
          <w:bCs/>
          <w:sz w:val="20"/>
          <w:szCs w:val="20"/>
        </w:rPr>
        <w:t>Demontáž a montáž zazděného WC modulu</w:t>
      </w:r>
      <w:r w:rsidRPr="006E08E8">
        <w:rPr>
          <w:rFonts w:ascii="Arial" w:hAnsi="Arial" w:cs="Arial"/>
          <w:sz w:val="20"/>
          <w:szCs w:val="20"/>
        </w:rPr>
        <w:tab/>
      </w:r>
      <w:r w:rsidRPr="006E08E8">
        <w:rPr>
          <w:rFonts w:ascii="Arial" w:hAnsi="Arial" w:cs="Arial"/>
          <w:sz w:val="20"/>
          <w:szCs w:val="20"/>
        </w:rPr>
        <w:tab/>
      </w:r>
      <w:r w:rsidRPr="006E08E8">
        <w:rPr>
          <w:rFonts w:ascii="Arial" w:hAnsi="Arial" w:cs="Arial"/>
          <w:sz w:val="20"/>
          <w:szCs w:val="20"/>
        </w:rPr>
        <w:tab/>
      </w:r>
      <w:r w:rsidRPr="006E08E8">
        <w:rPr>
          <w:rFonts w:ascii="Arial" w:hAnsi="Arial" w:cs="Arial"/>
          <w:sz w:val="20"/>
          <w:szCs w:val="20"/>
        </w:rPr>
        <w:tab/>
        <w:t xml:space="preserve">         __________Kč</w:t>
      </w:r>
    </w:p>
    <w:p w14:paraId="46DF7B2A" w14:textId="77777777" w:rsidR="002E29B7" w:rsidRPr="006E08E8" w:rsidRDefault="002E29B7" w:rsidP="002E29B7">
      <w:pPr>
        <w:rPr>
          <w:rFonts w:ascii="Arial" w:hAnsi="Arial" w:cs="Arial"/>
          <w:sz w:val="20"/>
          <w:szCs w:val="20"/>
        </w:rPr>
      </w:pPr>
      <w:r w:rsidRPr="006E08E8">
        <w:rPr>
          <w:rFonts w:ascii="Arial" w:hAnsi="Arial" w:cs="Arial"/>
          <w:b/>
          <w:bCs/>
          <w:sz w:val="20"/>
          <w:szCs w:val="20"/>
        </w:rPr>
        <w:t>Demontáž a montáž WC modulu opláštěného SDK</w:t>
      </w:r>
      <w:r w:rsidRPr="006E08E8">
        <w:rPr>
          <w:rFonts w:ascii="Arial" w:hAnsi="Arial" w:cs="Arial"/>
          <w:sz w:val="20"/>
          <w:szCs w:val="20"/>
        </w:rPr>
        <w:tab/>
      </w:r>
      <w:r w:rsidRPr="006E08E8">
        <w:rPr>
          <w:rFonts w:ascii="Arial" w:hAnsi="Arial" w:cs="Arial"/>
          <w:sz w:val="20"/>
          <w:szCs w:val="20"/>
        </w:rPr>
        <w:tab/>
      </w:r>
      <w:r w:rsidRPr="006E08E8">
        <w:rPr>
          <w:rFonts w:ascii="Arial" w:hAnsi="Arial" w:cs="Arial"/>
          <w:sz w:val="20"/>
          <w:szCs w:val="20"/>
        </w:rPr>
        <w:tab/>
        <w:t xml:space="preserve">         __________Kč</w:t>
      </w:r>
    </w:p>
    <w:p w14:paraId="0684D8E5" w14:textId="77777777" w:rsidR="002E29B7" w:rsidRPr="006E08E8" w:rsidRDefault="002E29B7" w:rsidP="002E29B7">
      <w:pPr>
        <w:rPr>
          <w:rFonts w:ascii="Arial" w:hAnsi="Arial" w:cs="Arial"/>
          <w:sz w:val="20"/>
          <w:szCs w:val="20"/>
        </w:rPr>
      </w:pPr>
      <w:r w:rsidRPr="006E08E8">
        <w:rPr>
          <w:rFonts w:ascii="Arial" w:hAnsi="Arial" w:cs="Arial"/>
          <w:b/>
          <w:bCs/>
          <w:sz w:val="20"/>
          <w:szCs w:val="20"/>
        </w:rPr>
        <w:t>Nové rozvody vody z PPR v 1 bytě vč. izolace potrubí</w:t>
      </w:r>
      <w:r w:rsidRPr="006E08E8">
        <w:rPr>
          <w:rFonts w:ascii="Arial" w:hAnsi="Arial" w:cs="Arial"/>
          <w:sz w:val="20"/>
          <w:szCs w:val="20"/>
        </w:rPr>
        <w:t xml:space="preserve"> </w:t>
      </w:r>
      <w:r w:rsidRPr="006E08E8">
        <w:rPr>
          <w:rFonts w:ascii="Arial" w:hAnsi="Arial" w:cs="Arial"/>
          <w:sz w:val="20"/>
          <w:szCs w:val="20"/>
        </w:rPr>
        <w:tab/>
      </w:r>
      <w:r w:rsidRPr="006E08E8">
        <w:rPr>
          <w:rFonts w:ascii="Arial" w:hAnsi="Arial" w:cs="Arial"/>
          <w:sz w:val="20"/>
          <w:szCs w:val="20"/>
        </w:rPr>
        <w:tab/>
        <w:t xml:space="preserve">         __________Kč/m</w:t>
      </w:r>
    </w:p>
    <w:p w14:paraId="31818C7A" w14:textId="77777777" w:rsidR="002E29B7" w:rsidRPr="003F4AB7" w:rsidRDefault="002E29B7" w:rsidP="002E29B7">
      <w:pPr>
        <w:rPr>
          <w:rFonts w:ascii="Arial" w:hAnsi="Arial" w:cs="Arial"/>
          <w:sz w:val="20"/>
          <w:szCs w:val="20"/>
          <w:lang w:val="pl-PL"/>
        </w:rPr>
      </w:pPr>
      <w:r w:rsidRPr="003F4AB7">
        <w:rPr>
          <w:rFonts w:ascii="Arial" w:hAnsi="Arial" w:cs="Arial"/>
          <w:b/>
          <w:bCs/>
          <w:sz w:val="20"/>
          <w:szCs w:val="20"/>
          <w:lang w:val="pl-PL"/>
        </w:rPr>
        <w:t>Nové rozvody kanalizace z PVC-HT v 1 bytě</w:t>
      </w:r>
      <w:r w:rsidRPr="003F4AB7">
        <w:rPr>
          <w:rFonts w:ascii="Arial" w:hAnsi="Arial" w:cs="Arial"/>
          <w:sz w:val="20"/>
          <w:szCs w:val="20"/>
          <w:lang w:val="pl-PL"/>
        </w:rPr>
        <w:tab/>
      </w:r>
      <w:r w:rsidRPr="003F4AB7">
        <w:rPr>
          <w:rFonts w:ascii="Arial" w:hAnsi="Arial" w:cs="Arial"/>
          <w:sz w:val="20"/>
          <w:szCs w:val="20"/>
          <w:lang w:val="pl-PL"/>
        </w:rPr>
        <w:tab/>
      </w:r>
      <w:r w:rsidRPr="003F4AB7">
        <w:rPr>
          <w:rFonts w:ascii="Arial" w:hAnsi="Arial" w:cs="Arial"/>
          <w:sz w:val="20"/>
          <w:szCs w:val="20"/>
          <w:lang w:val="pl-PL"/>
        </w:rPr>
        <w:tab/>
      </w:r>
      <w:r>
        <w:rPr>
          <w:rFonts w:ascii="Arial" w:hAnsi="Arial" w:cs="Arial"/>
          <w:sz w:val="20"/>
          <w:szCs w:val="20"/>
          <w:lang w:val="pl-PL"/>
        </w:rPr>
        <w:tab/>
        <w:t xml:space="preserve">         </w:t>
      </w:r>
      <w:r w:rsidRPr="003F4AB7">
        <w:rPr>
          <w:rFonts w:ascii="Arial" w:hAnsi="Arial" w:cs="Arial"/>
          <w:sz w:val="20"/>
          <w:szCs w:val="20"/>
          <w:lang w:val="pl-PL"/>
        </w:rPr>
        <w:t>__________Kč/m</w:t>
      </w:r>
    </w:p>
    <w:p w14:paraId="51F70281" w14:textId="75219537" w:rsidR="002E29B7" w:rsidRPr="003F4AB7" w:rsidRDefault="002E29B7" w:rsidP="002E29B7">
      <w:pPr>
        <w:rPr>
          <w:rFonts w:ascii="Arial" w:hAnsi="Arial" w:cs="Arial"/>
          <w:b/>
          <w:sz w:val="20"/>
          <w:szCs w:val="20"/>
          <w:lang w:val="pl-PL"/>
        </w:rPr>
      </w:pPr>
      <w:r w:rsidRPr="003F4AB7">
        <w:rPr>
          <w:rFonts w:ascii="Arial" w:hAnsi="Arial" w:cs="Arial"/>
          <w:b/>
          <w:bCs/>
          <w:sz w:val="20"/>
          <w:szCs w:val="20"/>
          <w:lang w:val="pl-PL"/>
        </w:rPr>
        <w:t>Provedení ker. obkladu zadní stěny WC</w:t>
      </w:r>
      <w:r w:rsidR="00FF7F7B">
        <w:rPr>
          <w:rFonts w:ascii="Arial" w:hAnsi="Arial" w:cs="Arial"/>
          <w:b/>
          <w:bCs/>
          <w:sz w:val="20"/>
          <w:szCs w:val="20"/>
          <w:lang w:val="pl-PL"/>
        </w:rPr>
        <w:t xml:space="preserve"> (včetně spárování a tmelení)</w:t>
      </w:r>
      <w:r w:rsidRPr="003F4AB7">
        <w:rPr>
          <w:rFonts w:ascii="Arial" w:hAnsi="Arial" w:cs="Arial"/>
          <w:sz w:val="20"/>
          <w:szCs w:val="20"/>
          <w:lang w:val="pl-PL"/>
        </w:rPr>
        <w:tab/>
      </w:r>
      <w:r>
        <w:rPr>
          <w:rFonts w:ascii="Arial" w:hAnsi="Arial" w:cs="Arial"/>
          <w:sz w:val="20"/>
          <w:szCs w:val="20"/>
          <w:lang w:val="pl-PL"/>
        </w:rPr>
        <w:t xml:space="preserve">         </w:t>
      </w:r>
      <w:r w:rsidRPr="003F4AB7">
        <w:rPr>
          <w:rFonts w:ascii="Arial" w:hAnsi="Arial" w:cs="Arial"/>
          <w:sz w:val="20"/>
          <w:szCs w:val="20"/>
          <w:lang w:val="pl-PL"/>
        </w:rPr>
        <w:t>__________Kč/m</w:t>
      </w:r>
      <w:r w:rsidRPr="003F4AB7">
        <w:rPr>
          <w:rFonts w:ascii="Arial" w:hAnsi="Arial" w:cs="Arial"/>
          <w:sz w:val="20"/>
          <w:szCs w:val="20"/>
          <w:vertAlign w:val="superscript"/>
          <w:lang w:val="pl-PL"/>
        </w:rPr>
        <w:t>2</w:t>
      </w:r>
    </w:p>
    <w:p w14:paraId="0C27F512" w14:textId="77777777" w:rsidR="002E29B7" w:rsidRPr="002E29B7" w:rsidRDefault="002E29B7" w:rsidP="002E29B7">
      <w:pPr>
        <w:rPr>
          <w:rFonts w:ascii="Arial" w:hAnsi="Arial" w:cs="Arial"/>
          <w:b/>
          <w:sz w:val="20"/>
          <w:szCs w:val="20"/>
          <w:lang w:val="pl-PL"/>
        </w:rPr>
      </w:pPr>
    </w:p>
    <w:p w14:paraId="73F15DB9" w14:textId="77777777" w:rsidR="002E29B7" w:rsidRPr="002E29B7" w:rsidRDefault="002E29B7" w:rsidP="002E29B7">
      <w:pPr>
        <w:rPr>
          <w:rFonts w:ascii="Arial" w:hAnsi="Arial" w:cs="Arial"/>
          <w:bCs/>
          <w:sz w:val="20"/>
          <w:szCs w:val="20"/>
          <w:lang w:val="pl-PL"/>
        </w:rPr>
      </w:pPr>
    </w:p>
    <w:p w14:paraId="0DA5662A" w14:textId="77777777" w:rsidR="002E29B7" w:rsidRPr="002E29B7" w:rsidRDefault="002E29B7" w:rsidP="002E29B7">
      <w:pPr>
        <w:rPr>
          <w:rFonts w:ascii="Arial" w:hAnsi="Arial" w:cs="Arial"/>
          <w:bCs/>
          <w:sz w:val="20"/>
          <w:szCs w:val="20"/>
          <w:lang w:val="pl-PL"/>
        </w:rPr>
      </w:pPr>
      <w:r w:rsidRPr="002E29B7">
        <w:rPr>
          <w:rFonts w:ascii="Arial" w:hAnsi="Arial" w:cs="Arial"/>
          <w:bCs/>
          <w:sz w:val="20"/>
          <w:szCs w:val="20"/>
          <w:lang w:val="pl-PL"/>
        </w:rPr>
        <w:t>Přílohou budou doloženy doklady ke splnění kvalifikačních kritérií.</w:t>
      </w:r>
    </w:p>
    <w:p w14:paraId="1D4D18B9" w14:textId="77777777" w:rsidR="002E29B7" w:rsidRPr="002E29B7" w:rsidRDefault="002E29B7" w:rsidP="002E29B7">
      <w:pPr>
        <w:rPr>
          <w:rFonts w:ascii="Arial" w:hAnsi="Arial" w:cs="Arial"/>
          <w:bCs/>
          <w:sz w:val="20"/>
          <w:szCs w:val="20"/>
          <w:lang w:val="pl-PL"/>
        </w:rPr>
      </w:pPr>
    </w:p>
    <w:p w14:paraId="31BA4547" w14:textId="77777777" w:rsidR="002E29B7" w:rsidRPr="002E29B7" w:rsidRDefault="002E29B7" w:rsidP="002E29B7">
      <w:pPr>
        <w:rPr>
          <w:rFonts w:ascii="Arial" w:hAnsi="Arial" w:cs="Arial"/>
          <w:bCs/>
          <w:sz w:val="20"/>
          <w:szCs w:val="20"/>
          <w:lang w:val="pl-PL"/>
        </w:rPr>
      </w:pPr>
    </w:p>
    <w:p w14:paraId="520086FD" w14:textId="77777777" w:rsidR="002E29B7" w:rsidRPr="002E29B7" w:rsidRDefault="002E29B7" w:rsidP="002E29B7">
      <w:pPr>
        <w:rPr>
          <w:rFonts w:ascii="Arial" w:hAnsi="Arial" w:cs="Arial"/>
          <w:sz w:val="20"/>
          <w:szCs w:val="20"/>
          <w:lang w:val="pl-PL"/>
        </w:rPr>
      </w:pPr>
      <w:r w:rsidRPr="002E29B7">
        <w:rPr>
          <w:rFonts w:ascii="Arial" w:hAnsi="Arial" w:cs="Arial"/>
          <w:sz w:val="20"/>
          <w:szCs w:val="20"/>
          <w:lang w:val="pl-PL"/>
        </w:rPr>
        <w:t>V ………….. dne…………...2026</w:t>
      </w:r>
    </w:p>
    <w:p w14:paraId="48BBEC8C" w14:textId="6E35943D" w:rsidR="007D0557" w:rsidRPr="0034453D" w:rsidRDefault="009E3040">
      <w:pPr>
        <w:rPr>
          <w:rFonts w:ascii="Arial" w:hAnsi="Arial" w:cs="Arial"/>
          <w:sz w:val="20"/>
          <w:szCs w:val="20"/>
          <w:lang w:val="pl-PL"/>
        </w:rPr>
      </w:pPr>
      <w:r w:rsidRPr="0034453D">
        <w:rPr>
          <w:rFonts w:ascii="Arial" w:hAnsi="Arial" w:cs="Arial"/>
          <w:sz w:val="20"/>
          <w:szCs w:val="20"/>
          <w:lang w:val="pl-PL"/>
        </w:rPr>
        <w:t xml:space="preserve">  </w:t>
      </w:r>
    </w:p>
    <w:p w14:paraId="11FF29C3" w14:textId="30586124" w:rsidR="00D74781" w:rsidRPr="00C441DD" w:rsidRDefault="0020075C">
      <w:pPr>
        <w:rPr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                 </w:t>
      </w:r>
      <w:r w:rsidR="00462753">
        <w:rPr>
          <w:lang w:val="pl-PL"/>
        </w:rPr>
        <w:t xml:space="preserve"> </w:t>
      </w:r>
      <w:r w:rsidRPr="00462753">
        <w:rPr>
          <w:rFonts w:ascii="Arial" w:hAnsi="Arial" w:cs="Arial"/>
          <w:sz w:val="20"/>
          <w:szCs w:val="20"/>
          <w:lang w:val="pl-PL"/>
        </w:rPr>
        <w:t>..........................................</w:t>
      </w:r>
      <w:r w:rsidRPr="00C441DD">
        <w:rPr>
          <w:lang w:val="pl-PL"/>
        </w:rPr>
        <w:br/>
      </w:r>
      <w:r w:rsidRPr="009E3040">
        <w:rPr>
          <w:rFonts w:ascii="Arial" w:hAnsi="Arial" w:cs="Arial"/>
          <w:lang w:val="pl-PL"/>
        </w:rPr>
        <w:t xml:space="preserve">                                                                                                </w:t>
      </w:r>
      <w:r w:rsidRPr="0034453D">
        <w:rPr>
          <w:rFonts w:ascii="Arial" w:hAnsi="Arial" w:cs="Arial"/>
          <w:sz w:val="20"/>
          <w:szCs w:val="20"/>
          <w:lang w:val="pl-PL"/>
        </w:rPr>
        <w:t>razítko a</w:t>
      </w:r>
      <w:r w:rsidR="009E3040" w:rsidRPr="0034453D">
        <w:rPr>
          <w:rFonts w:ascii="Arial" w:hAnsi="Arial" w:cs="Arial"/>
          <w:sz w:val="20"/>
          <w:szCs w:val="20"/>
          <w:lang w:val="pl-PL"/>
        </w:rPr>
        <w:t xml:space="preserve"> </w:t>
      </w:r>
      <w:r w:rsidRPr="0034453D">
        <w:rPr>
          <w:rFonts w:ascii="Arial" w:hAnsi="Arial" w:cs="Arial"/>
          <w:sz w:val="20"/>
          <w:szCs w:val="20"/>
          <w:lang w:val="pl-PL"/>
        </w:rPr>
        <w:t>podpis účastníka</w:t>
      </w:r>
    </w:p>
    <w:sectPr w:rsidR="00D74781" w:rsidRPr="00C441DD" w:rsidSect="00C441DD">
      <w:pgSz w:w="12240" w:h="15840"/>
      <w:pgMar w:top="851" w:right="1800" w:bottom="993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6CB413D"/>
    <w:multiLevelType w:val="hybridMultilevel"/>
    <w:tmpl w:val="48D0A0F0"/>
    <w:lvl w:ilvl="0" w:tplc="6A3291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669698">
    <w:abstractNumId w:val="8"/>
  </w:num>
  <w:num w:numId="2" w16cid:durableId="1079789646">
    <w:abstractNumId w:val="6"/>
  </w:num>
  <w:num w:numId="3" w16cid:durableId="34039015">
    <w:abstractNumId w:val="5"/>
  </w:num>
  <w:num w:numId="4" w16cid:durableId="793446152">
    <w:abstractNumId w:val="4"/>
  </w:num>
  <w:num w:numId="5" w16cid:durableId="28923298">
    <w:abstractNumId w:val="7"/>
  </w:num>
  <w:num w:numId="6" w16cid:durableId="1148865469">
    <w:abstractNumId w:val="3"/>
  </w:num>
  <w:num w:numId="7" w16cid:durableId="1007750901">
    <w:abstractNumId w:val="2"/>
  </w:num>
  <w:num w:numId="8" w16cid:durableId="542519320">
    <w:abstractNumId w:val="1"/>
  </w:num>
  <w:num w:numId="9" w16cid:durableId="1365643150">
    <w:abstractNumId w:val="0"/>
  </w:num>
  <w:num w:numId="10" w16cid:durableId="13781234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4A2E"/>
    <w:rsid w:val="000A52D7"/>
    <w:rsid w:val="000D5096"/>
    <w:rsid w:val="0015074B"/>
    <w:rsid w:val="001B6AA1"/>
    <w:rsid w:val="001D1DD7"/>
    <w:rsid w:val="001F5A07"/>
    <w:rsid w:val="0020075C"/>
    <w:rsid w:val="00245963"/>
    <w:rsid w:val="00250AF6"/>
    <w:rsid w:val="00270A2F"/>
    <w:rsid w:val="00275ED9"/>
    <w:rsid w:val="0029639D"/>
    <w:rsid w:val="002C150F"/>
    <w:rsid w:val="002E29B7"/>
    <w:rsid w:val="002F083E"/>
    <w:rsid w:val="00326F90"/>
    <w:rsid w:val="0034453D"/>
    <w:rsid w:val="003B1C1F"/>
    <w:rsid w:val="003E6D96"/>
    <w:rsid w:val="003E79FC"/>
    <w:rsid w:val="003F1231"/>
    <w:rsid w:val="003F4AB7"/>
    <w:rsid w:val="00462753"/>
    <w:rsid w:val="004845B6"/>
    <w:rsid w:val="004C76BD"/>
    <w:rsid w:val="00500F6F"/>
    <w:rsid w:val="00547EE8"/>
    <w:rsid w:val="00567233"/>
    <w:rsid w:val="00575475"/>
    <w:rsid w:val="00581E71"/>
    <w:rsid w:val="00597462"/>
    <w:rsid w:val="005B535F"/>
    <w:rsid w:val="0061762C"/>
    <w:rsid w:val="006E08E8"/>
    <w:rsid w:val="00716ADE"/>
    <w:rsid w:val="0072465B"/>
    <w:rsid w:val="007663A1"/>
    <w:rsid w:val="00767210"/>
    <w:rsid w:val="007953AC"/>
    <w:rsid w:val="007D0557"/>
    <w:rsid w:val="0084754F"/>
    <w:rsid w:val="00850F79"/>
    <w:rsid w:val="008E410C"/>
    <w:rsid w:val="00922690"/>
    <w:rsid w:val="00967E83"/>
    <w:rsid w:val="00993FF1"/>
    <w:rsid w:val="009D62F9"/>
    <w:rsid w:val="009E3040"/>
    <w:rsid w:val="009F1C66"/>
    <w:rsid w:val="00A042A1"/>
    <w:rsid w:val="00A327F8"/>
    <w:rsid w:val="00AA1D8D"/>
    <w:rsid w:val="00B03819"/>
    <w:rsid w:val="00B04597"/>
    <w:rsid w:val="00B30D96"/>
    <w:rsid w:val="00B4399D"/>
    <w:rsid w:val="00B47730"/>
    <w:rsid w:val="00B64C06"/>
    <w:rsid w:val="00C043AB"/>
    <w:rsid w:val="00C32B79"/>
    <w:rsid w:val="00C441DD"/>
    <w:rsid w:val="00C57510"/>
    <w:rsid w:val="00CB0664"/>
    <w:rsid w:val="00CD1856"/>
    <w:rsid w:val="00CF10CE"/>
    <w:rsid w:val="00D74781"/>
    <w:rsid w:val="00D81F26"/>
    <w:rsid w:val="00DD3268"/>
    <w:rsid w:val="00E63CEB"/>
    <w:rsid w:val="00EB4203"/>
    <w:rsid w:val="00EE60FD"/>
    <w:rsid w:val="00F35AC7"/>
    <w:rsid w:val="00F62893"/>
    <w:rsid w:val="00F84929"/>
    <w:rsid w:val="00FC693F"/>
    <w:rsid w:val="00FE1B2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E8C60"/>
  <w14:defaultImageDpi w14:val="300"/>
  <w15:docId w15:val="{8C3FCA83-6A43-462F-A33B-ADD792EAB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CF10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268</Words>
  <Characters>1586</Characters>
  <Application>Microsoft Office Word</Application>
  <DocSecurity>0</DocSecurity>
  <Lines>13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SBD Havířov</cp:lastModifiedBy>
  <cp:revision>38</cp:revision>
  <cp:lastPrinted>2026-06-03T15:04:00Z</cp:lastPrinted>
  <dcterms:created xsi:type="dcterms:W3CDTF">2013-12-23T23:15:00Z</dcterms:created>
  <dcterms:modified xsi:type="dcterms:W3CDTF">2026-09-07T13:07:00Z</dcterms:modified>
  <cp:category/>
</cp:coreProperties>
</file>