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69BD" w14:textId="6CA29097" w:rsidR="00D74781" w:rsidRPr="00CF10CE" w:rsidRDefault="001B6AA1" w:rsidP="00500F6F">
      <w:pPr>
        <w:pStyle w:val="Nadpis1"/>
        <w:jc w:val="center"/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ZÁKLADNÍ ÚDAJE O NABÍDCE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 č. </w:t>
      </w:r>
      <w:r w:rsidR="007150F4" w:rsidRPr="007150F4">
        <w:rPr>
          <w:rFonts w:ascii="Arial" w:eastAsia="Calibri" w:hAnsi="Arial" w:cs="Arial"/>
          <w:bCs w:val="0"/>
          <w:color w:val="000000" w:themeColor="text1"/>
          <w:sz w:val="36"/>
          <w:szCs w:val="36"/>
          <w:lang w:val="cs-CZ"/>
        </w:rPr>
        <w:t>3</w:t>
      </w:r>
      <w:r w:rsidR="00E91B18">
        <w:rPr>
          <w:rFonts w:ascii="Arial" w:eastAsia="Calibri" w:hAnsi="Arial" w:cs="Arial"/>
          <w:bCs w:val="0"/>
          <w:color w:val="000000" w:themeColor="text1"/>
          <w:sz w:val="36"/>
          <w:szCs w:val="36"/>
          <w:lang w:val="cs-CZ"/>
        </w:rPr>
        <w:t>4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/2026</w:t>
      </w:r>
    </w:p>
    <w:p w14:paraId="7B05667A" w14:textId="77777777" w:rsidR="00D74781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/>
          <w:sz w:val="36"/>
          <w:szCs w:val="36"/>
          <w:lang w:val="cs-CZ"/>
        </w:rPr>
        <w:t>(KRYCÍ LIST NABÍDKY)</w:t>
      </w:r>
    </w:p>
    <w:p w14:paraId="193948F7" w14:textId="77777777" w:rsidR="00D74781" w:rsidRPr="00C57510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57510">
        <w:rPr>
          <w:rFonts w:ascii="Arial" w:eastAsia="Calibri" w:hAnsi="Arial" w:cs="Arial"/>
          <w:b/>
          <w:sz w:val="36"/>
          <w:szCs w:val="36"/>
          <w:lang w:val="cs-CZ"/>
        </w:rPr>
        <w:t>s názvem:</w:t>
      </w:r>
    </w:p>
    <w:p w14:paraId="5FA0C414" w14:textId="77777777" w:rsidR="00E91B18" w:rsidRPr="005B7522" w:rsidRDefault="00CF10CE" w:rsidP="00E91B18">
      <w:pPr>
        <w:pStyle w:val="Default"/>
        <w:jc w:val="center"/>
        <w:rPr>
          <w:rFonts w:ascii="Arial" w:hAnsi="Arial" w:cs="Arial"/>
          <w:b/>
          <w:sz w:val="36"/>
          <w:szCs w:val="36"/>
        </w:rPr>
      </w:pPr>
      <w:r w:rsidRPr="00C57510">
        <w:rPr>
          <w:rFonts w:ascii="Arial" w:hAnsi="Arial" w:cs="Arial"/>
          <w:b/>
          <w:sz w:val="36"/>
          <w:szCs w:val="36"/>
        </w:rPr>
        <w:t>„</w:t>
      </w:r>
      <w:r w:rsidR="00E91B18" w:rsidRPr="005B7522">
        <w:rPr>
          <w:rFonts w:ascii="Arial" w:hAnsi="Arial" w:cs="Arial"/>
          <w:b/>
          <w:sz w:val="36"/>
          <w:szCs w:val="36"/>
        </w:rPr>
        <w:t>Rekonstrukce strojoven výtahů bytového domu</w:t>
      </w:r>
    </w:p>
    <w:p w14:paraId="2CF14B9E" w14:textId="358F22B0" w:rsidR="00CF10CE" w:rsidRDefault="00E91B18" w:rsidP="00E91B18">
      <w:pPr>
        <w:pStyle w:val="Default"/>
        <w:jc w:val="center"/>
        <w:rPr>
          <w:rFonts w:ascii="Arial" w:hAnsi="Arial" w:cs="Arial"/>
          <w:b/>
          <w:sz w:val="36"/>
          <w:szCs w:val="36"/>
        </w:rPr>
      </w:pPr>
      <w:r w:rsidRPr="005B7522">
        <w:rPr>
          <w:rFonts w:ascii="Arial" w:hAnsi="Arial" w:cs="Arial"/>
          <w:b/>
          <w:sz w:val="36"/>
          <w:szCs w:val="36"/>
        </w:rPr>
        <w:t>na ulici Nad Terasou 14,16,18, Havířov–Podlesí</w:t>
      </w:r>
      <w:r w:rsidR="00CF10CE" w:rsidRPr="00C57510">
        <w:rPr>
          <w:rFonts w:ascii="Arial" w:hAnsi="Arial" w:cs="Arial"/>
          <w:b/>
          <w:sz w:val="36"/>
          <w:szCs w:val="36"/>
        </w:rPr>
        <w:t>“</w:t>
      </w:r>
    </w:p>
    <w:p w14:paraId="6E701378" w14:textId="77777777" w:rsidR="002E29B7" w:rsidRPr="003F4AB7" w:rsidRDefault="002E29B7" w:rsidP="00E91B18">
      <w:pPr>
        <w:pStyle w:val="Default"/>
        <w:rPr>
          <w:rFonts w:ascii="Arial" w:hAnsi="Arial" w:cs="Arial"/>
          <w:b/>
          <w:sz w:val="16"/>
          <w:szCs w:val="16"/>
        </w:rPr>
      </w:pPr>
    </w:p>
    <w:p w14:paraId="3FEEBB4C" w14:textId="77777777" w:rsidR="00547EE8" w:rsidRDefault="00547EE8" w:rsidP="00547EE8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62CC3AD0" w14:textId="77777777" w:rsidR="00C043AB" w:rsidRPr="00C043AB" w:rsidRDefault="00C043AB" w:rsidP="00547EE8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9"/>
        <w:gridCol w:w="2546"/>
        <w:gridCol w:w="3261"/>
      </w:tblGrid>
      <w:tr w:rsidR="007D0557" w14:paraId="7F78052F" w14:textId="77777777" w:rsidTr="007D0557">
        <w:tc>
          <w:tcPr>
            <w:tcW w:w="3049" w:type="dxa"/>
          </w:tcPr>
          <w:p w14:paraId="449436B7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F10CE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Identifikační údaje účastníka</w:t>
            </w:r>
            <w:r w:rsidRPr="0083004D">
              <w:rPr>
                <w:rFonts w:ascii="Arial" w:eastAsia="Calibri" w:hAnsi="Arial" w:cs="Arial"/>
                <w:sz w:val="20"/>
                <w:szCs w:val="20"/>
                <w:u w:val="single"/>
              </w:rPr>
              <w:t>:</w:t>
            </w:r>
          </w:p>
        </w:tc>
        <w:tc>
          <w:tcPr>
            <w:tcW w:w="2546" w:type="dxa"/>
          </w:tcPr>
          <w:p w14:paraId="570877E5" w14:textId="77777777" w:rsidR="007D0557" w:rsidRPr="00A042A1" w:rsidRDefault="007D0557" w:rsidP="00CF10CE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14:paraId="0503D7BC" w14:textId="4CF46661" w:rsidR="007D0557" w:rsidRPr="00A042A1" w:rsidRDefault="007D0557" w:rsidP="00CF10CE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042A1">
              <w:rPr>
                <w:rFonts w:ascii="Arial" w:eastAsia="Calibri" w:hAnsi="Arial" w:cs="Arial"/>
                <w:bCs/>
                <w:sz w:val="20"/>
                <w:szCs w:val="20"/>
              </w:rPr>
              <w:t>…………....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...........</w:t>
            </w:r>
          </w:p>
        </w:tc>
      </w:tr>
      <w:tr w:rsidR="007D0557" w14:paraId="53143D86" w14:textId="77777777" w:rsidTr="007D0557">
        <w:tc>
          <w:tcPr>
            <w:tcW w:w="3049" w:type="dxa"/>
          </w:tcPr>
          <w:p w14:paraId="3A6BDDA0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Se sídlem:</w:t>
            </w:r>
          </w:p>
        </w:tc>
        <w:tc>
          <w:tcPr>
            <w:tcW w:w="2546" w:type="dxa"/>
          </w:tcPr>
          <w:p w14:paraId="5BE4BDA0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7221F36" w14:textId="7AEC722A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7D0557" w14:paraId="060E926D" w14:textId="77777777" w:rsidTr="007D0557">
        <w:tc>
          <w:tcPr>
            <w:tcW w:w="3049" w:type="dxa"/>
          </w:tcPr>
          <w:p w14:paraId="4A890E87" w14:textId="77089552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Zastoupen: </w:t>
            </w:r>
          </w:p>
        </w:tc>
        <w:tc>
          <w:tcPr>
            <w:tcW w:w="2546" w:type="dxa"/>
          </w:tcPr>
          <w:p w14:paraId="7B643A9A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6FF2A83" w14:textId="714B9371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……….</w:t>
            </w:r>
          </w:p>
        </w:tc>
      </w:tr>
      <w:tr w:rsidR="007D0557" w14:paraId="5D030A6F" w14:textId="77777777" w:rsidTr="007D0557">
        <w:tc>
          <w:tcPr>
            <w:tcW w:w="3049" w:type="dxa"/>
          </w:tcPr>
          <w:p w14:paraId="0828E18A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 w:rsidRPr="00F84929">
              <w:rPr>
                <w:rFonts w:ascii="Arial" w:eastAsia="Calibri" w:hAnsi="Arial" w:cs="Arial"/>
                <w:sz w:val="20"/>
                <w:szCs w:val="20"/>
                <w:lang w:val="pl-PL"/>
              </w:rPr>
              <w:t>Pověřená osoba-technické věci:</w:t>
            </w:r>
          </w:p>
          <w:p w14:paraId="3AAB84FD" w14:textId="34E90A2F" w:rsidR="007D0557" w:rsidRPr="00F84929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Tel:</w:t>
            </w:r>
          </w:p>
          <w:p w14:paraId="781400DD" w14:textId="134CB8EB" w:rsidR="007D0557" w:rsidRPr="00F84929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 w:rsidRPr="00F84929">
              <w:rPr>
                <w:rFonts w:ascii="Arial" w:eastAsia="Calibri" w:hAnsi="Arial" w:cs="Arial"/>
                <w:sz w:val="20"/>
                <w:szCs w:val="20"/>
                <w:lang w:val="pl-PL"/>
              </w:rPr>
              <w:t>Email:</w:t>
            </w:r>
          </w:p>
        </w:tc>
        <w:tc>
          <w:tcPr>
            <w:tcW w:w="2546" w:type="dxa"/>
          </w:tcPr>
          <w:p w14:paraId="77506111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2D76B8B6" w14:textId="4F291D28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65C5F7EF" w14:textId="510D5020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32721100" w14:textId="125168B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7D0557" w14:paraId="5A185F88" w14:textId="77777777" w:rsidTr="007D0557">
        <w:tc>
          <w:tcPr>
            <w:tcW w:w="3049" w:type="dxa"/>
          </w:tcPr>
          <w:p w14:paraId="58B43192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Bankovní spojení :     </w:t>
            </w:r>
          </w:p>
        </w:tc>
        <w:tc>
          <w:tcPr>
            <w:tcW w:w="2546" w:type="dxa"/>
          </w:tcPr>
          <w:p w14:paraId="239B7C0E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13DE8170" w14:textId="61A8CBB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</w:tr>
      <w:tr w:rsidR="007D0557" w14:paraId="2C446ACF" w14:textId="77777777" w:rsidTr="007D0557">
        <w:tc>
          <w:tcPr>
            <w:tcW w:w="3049" w:type="dxa"/>
          </w:tcPr>
          <w:p w14:paraId="7415C6EF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č.ú.:</w:t>
            </w:r>
          </w:p>
        </w:tc>
        <w:tc>
          <w:tcPr>
            <w:tcW w:w="2546" w:type="dxa"/>
          </w:tcPr>
          <w:p w14:paraId="658A7C8F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27DB990" w14:textId="1EF2D96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………….</w:t>
            </w:r>
          </w:p>
        </w:tc>
      </w:tr>
      <w:tr w:rsidR="007D0557" w14:paraId="7366C32D" w14:textId="77777777" w:rsidTr="007D0557">
        <w:tc>
          <w:tcPr>
            <w:tcW w:w="3049" w:type="dxa"/>
          </w:tcPr>
          <w:p w14:paraId="57C24218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IČ :</w:t>
            </w:r>
          </w:p>
        </w:tc>
        <w:tc>
          <w:tcPr>
            <w:tcW w:w="2546" w:type="dxa"/>
          </w:tcPr>
          <w:p w14:paraId="0D1368A6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26E7AB8" w14:textId="0CD972BD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7D0557" w14:paraId="004D38EE" w14:textId="77777777" w:rsidTr="007D0557">
        <w:tc>
          <w:tcPr>
            <w:tcW w:w="3049" w:type="dxa"/>
          </w:tcPr>
          <w:p w14:paraId="485A897D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DIČ :   </w:t>
            </w:r>
          </w:p>
        </w:tc>
        <w:tc>
          <w:tcPr>
            <w:tcW w:w="2546" w:type="dxa"/>
          </w:tcPr>
          <w:p w14:paraId="397D124A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45948DD" w14:textId="3CA24D52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</w:tr>
      <w:tr w:rsidR="007D0557" w14:paraId="56D39DBA" w14:textId="77777777" w:rsidTr="007D0557">
        <w:tc>
          <w:tcPr>
            <w:tcW w:w="3049" w:type="dxa"/>
          </w:tcPr>
          <w:p w14:paraId="2D8DB27E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Zapsán u:</w:t>
            </w:r>
          </w:p>
        </w:tc>
        <w:tc>
          <w:tcPr>
            <w:tcW w:w="2546" w:type="dxa"/>
          </w:tcPr>
          <w:p w14:paraId="665CCF5F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30054FD0" w14:textId="0E33700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</w:tbl>
    <w:p w14:paraId="58986289" w14:textId="77777777" w:rsidR="00110A93" w:rsidRPr="00110A93" w:rsidRDefault="00110A93" w:rsidP="007064F2">
      <w:pPr>
        <w:ind w:left="3600" w:hanging="623"/>
        <w:rPr>
          <w:rFonts w:ascii="Arial" w:eastAsia="Calibri" w:hAnsi="Arial" w:cs="Arial"/>
          <w:b/>
          <w:bCs/>
          <w:sz w:val="16"/>
          <w:szCs w:val="16"/>
          <w:u w:val="single"/>
        </w:rPr>
      </w:pPr>
    </w:p>
    <w:p w14:paraId="571DF45A" w14:textId="0BAF212D" w:rsidR="00C57510" w:rsidRPr="00C441DD" w:rsidRDefault="00C57510" w:rsidP="00110A93">
      <w:pPr>
        <w:ind w:left="3686" w:hanging="4253"/>
        <w:rPr>
          <w:rFonts w:ascii="Arial" w:hAnsi="Arial" w:cs="Arial"/>
          <w:b/>
          <w:sz w:val="20"/>
          <w:szCs w:val="20"/>
        </w:rPr>
      </w:pPr>
      <w:r w:rsidRPr="00C441DD">
        <w:rPr>
          <w:rFonts w:ascii="Arial" w:eastAsia="Calibri" w:hAnsi="Arial" w:cs="Arial"/>
          <w:b/>
          <w:bCs/>
          <w:sz w:val="20"/>
          <w:szCs w:val="20"/>
          <w:u w:val="single"/>
        </w:rPr>
        <w:t>Nabídnutá cena</w:t>
      </w:r>
      <w:bookmarkStart w:id="0" w:name="_Hlk96678743"/>
      <w:r w:rsidRPr="00C441DD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bez DPH</w:t>
      </w:r>
      <w:bookmarkEnd w:id="0"/>
      <w:r w:rsidRPr="00C441DD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b/>
          <w:sz w:val="20"/>
          <w:szCs w:val="20"/>
        </w:rPr>
        <w:t xml:space="preserve">            N</w:t>
      </w:r>
      <w:r w:rsidRPr="00C441DD">
        <w:rPr>
          <w:rFonts w:ascii="Arial" w:hAnsi="Arial" w:cs="Arial"/>
          <w:b/>
          <w:color w:val="000000"/>
          <w:sz w:val="20"/>
          <w:szCs w:val="20"/>
        </w:rPr>
        <w:t xml:space="preserve">EUVÁDĚT,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cena bude </w:t>
      </w:r>
      <w:r w:rsidRPr="00C441DD">
        <w:rPr>
          <w:rFonts w:ascii="Arial" w:hAnsi="Arial" w:cs="Arial"/>
          <w:b/>
          <w:color w:val="000000"/>
          <w:sz w:val="20"/>
          <w:szCs w:val="20"/>
        </w:rPr>
        <w:t>uvedena v návrhu Sm</w:t>
      </w:r>
      <w:r>
        <w:rPr>
          <w:rFonts w:ascii="Arial" w:hAnsi="Arial" w:cs="Arial"/>
          <w:b/>
          <w:color w:val="000000"/>
          <w:sz w:val="20"/>
          <w:szCs w:val="20"/>
        </w:rPr>
        <w:t>louvy o dílo.</w:t>
      </w:r>
    </w:p>
    <w:p w14:paraId="333401A7" w14:textId="44DCD19B" w:rsidR="00C57510" w:rsidRPr="007064F2" w:rsidRDefault="00E91B18" w:rsidP="007064F2">
      <w:pPr>
        <w:ind w:hanging="623"/>
        <w:rPr>
          <w:rFonts w:ascii="Arial" w:hAnsi="Arial" w:cs="Arial"/>
          <w:b/>
          <w:bCs/>
          <w:sz w:val="20"/>
          <w:szCs w:val="20"/>
        </w:rPr>
      </w:pPr>
      <w:r w:rsidRPr="00E91B18">
        <w:rPr>
          <w:rFonts w:ascii="Arial" w:hAnsi="Arial" w:cs="Arial"/>
          <w:b/>
          <w:bCs/>
          <w:color w:val="000000"/>
          <w:sz w:val="20"/>
          <w:szCs w:val="20"/>
        </w:rPr>
        <w:t>Doba záruční lhůty na střešní plášť strojoven - práce i materiál</w:t>
      </w:r>
      <w:r w:rsidR="00C57510" w:rsidRPr="00E91B18">
        <w:rPr>
          <w:rFonts w:ascii="Arial" w:hAnsi="Arial" w:cs="Arial"/>
          <w:b/>
          <w:bCs/>
          <w:color w:val="000000"/>
          <w:sz w:val="20"/>
          <w:szCs w:val="20"/>
        </w:rPr>
        <w:t>:</w:t>
      </w:r>
      <w:r w:rsidR="00C57510" w:rsidRPr="00E91B18">
        <w:rPr>
          <w:rFonts w:ascii="Arial" w:hAnsi="Arial" w:cs="Arial"/>
          <w:b/>
          <w:bCs/>
          <w:sz w:val="20"/>
          <w:szCs w:val="20"/>
        </w:rPr>
        <w:t xml:space="preserve">                ……………………</w:t>
      </w:r>
      <w:r w:rsidR="007064F2">
        <w:rPr>
          <w:rFonts w:ascii="Arial" w:hAnsi="Arial" w:cs="Arial"/>
          <w:b/>
          <w:bCs/>
          <w:sz w:val="20"/>
          <w:szCs w:val="20"/>
        </w:rPr>
        <w:t xml:space="preserve"> </w:t>
      </w:r>
      <w:r w:rsidR="007064F2" w:rsidRPr="007064F2">
        <w:rPr>
          <w:rFonts w:ascii="Arial" w:hAnsi="Arial" w:cs="Arial"/>
          <w:b/>
          <w:bCs/>
          <w:sz w:val="20"/>
          <w:szCs w:val="20"/>
        </w:rPr>
        <w:t>let</w:t>
      </w:r>
    </w:p>
    <w:p w14:paraId="6D303F27" w14:textId="3F0AAFF5" w:rsidR="00C57510" w:rsidRPr="007064F2" w:rsidRDefault="00E91B18" w:rsidP="007064F2">
      <w:pPr>
        <w:ind w:hanging="623"/>
        <w:rPr>
          <w:rFonts w:ascii="Arial" w:hAnsi="Arial" w:cs="Arial"/>
          <w:b/>
          <w:bCs/>
          <w:sz w:val="20"/>
          <w:szCs w:val="20"/>
        </w:rPr>
      </w:pPr>
      <w:r w:rsidRPr="007064F2">
        <w:rPr>
          <w:rFonts w:ascii="Arial" w:hAnsi="Arial" w:cs="Arial"/>
          <w:b/>
          <w:bCs/>
          <w:color w:val="000000"/>
          <w:sz w:val="20"/>
          <w:szCs w:val="20"/>
        </w:rPr>
        <w:t>Doba záruční lhůty na zateplovac</w:t>
      </w:r>
      <w:r w:rsidR="00060255">
        <w:rPr>
          <w:rFonts w:ascii="Arial" w:hAnsi="Arial" w:cs="Arial"/>
          <w:b/>
          <w:bCs/>
          <w:color w:val="000000"/>
          <w:sz w:val="20"/>
          <w:szCs w:val="20"/>
        </w:rPr>
        <w:t>í</w:t>
      </w:r>
      <w:r w:rsidRPr="007064F2">
        <w:rPr>
          <w:rFonts w:ascii="Arial" w:hAnsi="Arial" w:cs="Arial"/>
          <w:b/>
          <w:bCs/>
          <w:color w:val="000000"/>
          <w:sz w:val="20"/>
          <w:szCs w:val="20"/>
        </w:rPr>
        <w:t xml:space="preserve"> systém strojoven - práce i materiál</w:t>
      </w:r>
      <w:r w:rsidR="00C57510" w:rsidRPr="007064F2">
        <w:rPr>
          <w:rFonts w:ascii="Arial" w:hAnsi="Arial" w:cs="Arial"/>
          <w:b/>
          <w:bCs/>
          <w:sz w:val="20"/>
          <w:szCs w:val="20"/>
        </w:rPr>
        <w:t>:     ……………………</w:t>
      </w:r>
      <w:r w:rsidR="007064F2" w:rsidRPr="007064F2">
        <w:rPr>
          <w:rFonts w:ascii="Arial" w:hAnsi="Arial" w:cs="Arial"/>
          <w:b/>
          <w:bCs/>
          <w:sz w:val="20"/>
          <w:szCs w:val="20"/>
        </w:rPr>
        <w:t xml:space="preserve"> měsíců</w:t>
      </w:r>
    </w:p>
    <w:p w14:paraId="6EF3B30D" w14:textId="320C7992" w:rsidR="00C57510" w:rsidRPr="00110A93" w:rsidRDefault="00E91B18" w:rsidP="007064F2">
      <w:pPr>
        <w:ind w:hanging="623"/>
        <w:rPr>
          <w:rFonts w:ascii="Arial" w:hAnsi="Arial" w:cs="Arial"/>
          <w:b/>
          <w:bCs/>
          <w:sz w:val="20"/>
          <w:szCs w:val="20"/>
        </w:rPr>
      </w:pPr>
      <w:r w:rsidRPr="00912656">
        <w:rPr>
          <w:rFonts w:ascii="Arial" w:hAnsi="Arial" w:cs="Arial"/>
          <w:b/>
          <w:bCs/>
          <w:color w:val="000000"/>
          <w:sz w:val="20"/>
          <w:szCs w:val="20"/>
        </w:rPr>
        <w:t>Termín zahájení realizace</w:t>
      </w:r>
      <w:r w:rsidR="00C57510" w:rsidRPr="00110A93">
        <w:rPr>
          <w:rFonts w:ascii="Arial" w:hAnsi="Arial" w:cs="Arial"/>
          <w:b/>
          <w:bCs/>
          <w:sz w:val="20"/>
          <w:szCs w:val="20"/>
        </w:rPr>
        <w:t>:</w:t>
      </w:r>
      <w:r w:rsidRPr="00110A93">
        <w:rPr>
          <w:rFonts w:ascii="Arial" w:hAnsi="Arial" w:cs="Arial"/>
          <w:b/>
          <w:bCs/>
          <w:sz w:val="20"/>
          <w:szCs w:val="20"/>
        </w:rPr>
        <w:tab/>
      </w:r>
      <w:r w:rsidRPr="00110A93">
        <w:rPr>
          <w:rFonts w:ascii="Arial" w:hAnsi="Arial" w:cs="Arial"/>
          <w:b/>
          <w:bCs/>
          <w:sz w:val="20"/>
          <w:szCs w:val="20"/>
        </w:rPr>
        <w:tab/>
      </w:r>
      <w:r w:rsidR="00C57510" w:rsidRPr="00110A93">
        <w:rPr>
          <w:rFonts w:ascii="Arial" w:hAnsi="Arial" w:cs="Arial"/>
          <w:b/>
          <w:bCs/>
          <w:sz w:val="20"/>
          <w:szCs w:val="20"/>
        </w:rPr>
        <w:t xml:space="preserve">   </w:t>
      </w:r>
      <w:r w:rsidR="00C57510" w:rsidRPr="00110A93">
        <w:rPr>
          <w:rFonts w:ascii="Arial" w:hAnsi="Arial" w:cs="Arial"/>
          <w:b/>
          <w:bCs/>
          <w:sz w:val="20"/>
          <w:szCs w:val="20"/>
        </w:rPr>
        <w:tab/>
      </w:r>
      <w:r w:rsidR="00C57510" w:rsidRPr="00110A93">
        <w:rPr>
          <w:rFonts w:ascii="Arial" w:hAnsi="Arial" w:cs="Arial"/>
          <w:b/>
          <w:bCs/>
          <w:sz w:val="20"/>
          <w:szCs w:val="20"/>
        </w:rPr>
        <w:tab/>
      </w:r>
      <w:r w:rsidR="00C57510" w:rsidRPr="00110A93">
        <w:rPr>
          <w:rFonts w:ascii="Arial" w:hAnsi="Arial" w:cs="Arial"/>
          <w:b/>
          <w:bCs/>
          <w:sz w:val="20"/>
          <w:szCs w:val="20"/>
        </w:rPr>
        <w:tab/>
      </w:r>
      <w:r w:rsidR="00C57510" w:rsidRPr="00110A93">
        <w:rPr>
          <w:rFonts w:ascii="Arial" w:hAnsi="Arial" w:cs="Arial"/>
          <w:b/>
          <w:bCs/>
          <w:sz w:val="20"/>
          <w:szCs w:val="20"/>
        </w:rPr>
        <w:tab/>
        <w:t xml:space="preserve">        </w:t>
      </w:r>
      <w:r w:rsidR="00110A93" w:rsidRPr="00110A93">
        <w:rPr>
          <w:rFonts w:ascii="Arial" w:hAnsi="Arial" w:cs="Arial"/>
          <w:b/>
          <w:bCs/>
          <w:sz w:val="20"/>
          <w:szCs w:val="20"/>
        </w:rPr>
        <w:t xml:space="preserve"> </w:t>
      </w:r>
      <w:r w:rsidR="00C57510" w:rsidRPr="00110A93">
        <w:rPr>
          <w:rFonts w:ascii="Arial" w:hAnsi="Arial" w:cs="Arial"/>
          <w:b/>
          <w:bCs/>
          <w:sz w:val="20"/>
          <w:szCs w:val="20"/>
        </w:rPr>
        <w:t>……………………</w:t>
      </w:r>
    </w:p>
    <w:p w14:paraId="1628EB8B" w14:textId="64C4D0B6" w:rsidR="00C57510" w:rsidRPr="00110A93" w:rsidRDefault="00E91B18" w:rsidP="007064F2">
      <w:pPr>
        <w:ind w:hanging="623"/>
        <w:rPr>
          <w:rFonts w:ascii="Arial" w:hAnsi="Arial" w:cs="Arial"/>
          <w:b/>
          <w:bCs/>
          <w:sz w:val="20"/>
          <w:szCs w:val="20"/>
        </w:rPr>
      </w:pPr>
      <w:r w:rsidRPr="00110A93">
        <w:rPr>
          <w:rFonts w:ascii="Arial" w:hAnsi="Arial" w:cs="Arial"/>
          <w:b/>
          <w:bCs/>
          <w:color w:val="000000"/>
          <w:sz w:val="20"/>
          <w:szCs w:val="20"/>
        </w:rPr>
        <w:t>Fasádní probarvená omítka se samočisticím efektem</w:t>
      </w:r>
      <w:r w:rsidR="003B1C1F" w:rsidRPr="00110A93">
        <w:rPr>
          <w:rFonts w:ascii="Arial" w:hAnsi="Arial" w:cs="Arial"/>
          <w:b/>
          <w:bCs/>
          <w:sz w:val="20"/>
          <w:szCs w:val="20"/>
        </w:rPr>
        <w:t xml:space="preserve"> </w:t>
      </w:r>
      <w:r w:rsidR="00C57510" w:rsidRPr="00110A93">
        <w:rPr>
          <w:rFonts w:ascii="Arial" w:hAnsi="Arial" w:cs="Arial"/>
          <w:b/>
          <w:bCs/>
          <w:sz w:val="20"/>
          <w:szCs w:val="20"/>
        </w:rPr>
        <w:t xml:space="preserve">(ano, ne):  </w:t>
      </w:r>
      <w:r w:rsidR="00C57510" w:rsidRPr="00110A93">
        <w:rPr>
          <w:rFonts w:ascii="Arial" w:hAnsi="Arial" w:cs="Arial"/>
          <w:b/>
          <w:bCs/>
          <w:sz w:val="20"/>
          <w:szCs w:val="20"/>
        </w:rPr>
        <w:tab/>
        <w:t xml:space="preserve">        </w:t>
      </w:r>
      <w:r w:rsidR="00110A93" w:rsidRPr="00110A93">
        <w:rPr>
          <w:rFonts w:ascii="Arial" w:hAnsi="Arial" w:cs="Arial"/>
          <w:b/>
          <w:bCs/>
          <w:sz w:val="20"/>
          <w:szCs w:val="20"/>
        </w:rPr>
        <w:t xml:space="preserve"> </w:t>
      </w:r>
      <w:r w:rsidR="00C57510" w:rsidRPr="00110A93">
        <w:rPr>
          <w:rFonts w:ascii="Arial" w:hAnsi="Arial" w:cs="Arial"/>
          <w:b/>
          <w:bCs/>
          <w:sz w:val="20"/>
          <w:szCs w:val="20"/>
        </w:rPr>
        <w:t>……………………</w:t>
      </w:r>
    </w:p>
    <w:p w14:paraId="0E8FFDC6" w14:textId="157F0B93" w:rsidR="003B1C1F" w:rsidRPr="00110A93" w:rsidRDefault="00E91B18" w:rsidP="007064F2">
      <w:pPr>
        <w:ind w:right="-432" w:hanging="623"/>
        <w:rPr>
          <w:rFonts w:ascii="Arial" w:hAnsi="Arial" w:cs="Arial"/>
          <w:b/>
          <w:bCs/>
          <w:color w:val="000000"/>
          <w:sz w:val="20"/>
          <w:szCs w:val="20"/>
        </w:rPr>
      </w:pPr>
      <w:r w:rsidRPr="00110A93">
        <w:rPr>
          <w:rFonts w:ascii="Arial" w:hAnsi="Arial" w:cs="Arial"/>
          <w:b/>
          <w:bCs/>
          <w:color w:val="000000"/>
          <w:sz w:val="20"/>
          <w:szCs w:val="20"/>
        </w:rPr>
        <w:t>Referenční stavby na zateplení fasády BD a střech s TPO/FPO fólií za poslední 3 roky</w:t>
      </w:r>
    </w:p>
    <w:p w14:paraId="0018B652" w14:textId="53DC96DC" w:rsidR="007064F2" w:rsidRDefault="007064F2" w:rsidP="007064F2">
      <w:pPr>
        <w:ind w:hanging="623"/>
        <w:rPr>
          <w:rFonts w:ascii="Arial" w:hAnsi="Arial" w:cs="Arial"/>
          <w:b/>
          <w:bCs/>
          <w:sz w:val="20"/>
          <w:szCs w:val="20"/>
          <w:lang w:val="pl-PL"/>
        </w:rPr>
      </w:pPr>
      <w:r w:rsidRP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Počet doložených referencí na zateplení fasád: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  <w:t xml:space="preserve">        </w:t>
      </w:r>
      <w:r w:rsidR="00110A93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Pr="00A327F8">
        <w:rPr>
          <w:rFonts w:ascii="Arial" w:hAnsi="Arial" w:cs="Arial"/>
          <w:b/>
          <w:bCs/>
          <w:sz w:val="20"/>
          <w:szCs w:val="20"/>
          <w:lang w:val="pl-PL"/>
        </w:rPr>
        <w:t>……………………</w:t>
      </w:r>
      <w:r w:rsidR="00110A93">
        <w:rPr>
          <w:rFonts w:ascii="Arial" w:hAnsi="Arial" w:cs="Arial"/>
          <w:b/>
          <w:bCs/>
          <w:sz w:val="20"/>
          <w:szCs w:val="20"/>
          <w:lang w:val="pl-PL"/>
        </w:rPr>
        <w:t xml:space="preserve"> ks</w:t>
      </w:r>
    </w:p>
    <w:p w14:paraId="55077D37" w14:textId="4F636FFB" w:rsidR="007064F2" w:rsidRPr="007064F2" w:rsidRDefault="007064F2" w:rsidP="007064F2">
      <w:pPr>
        <w:ind w:hanging="623"/>
        <w:rPr>
          <w:rFonts w:ascii="Arial" w:hAnsi="Arial" w:cs="Arial"/>
          <w:b/>
          <w:bCs/>
          <w:sz w:val="20"/>
          <w:szCs w:val="20"/>
          <w:lang w:val="pl-PL"/>
        </w:rPr>
      </w:pPr>
      <w:r w:rsidRP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Počet doložených referencí na pokládku TPO/FPO fólie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: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ab/>
        <w:t xml:space="preserve">        </w:t>
      </w:r>
      <w:r w:rsidR="00110A93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Pr="00A327F8">
        <w:rPr>
          <w:rFonts w:ascii="Arial" w:hAnsi="Arial" w:cs="Arial"/>
          <w:b/>
          <w:bCs/>
          <w:sz w:val="20"/>
          <w:szCs w:val="20"/>
          <w:lang w:val="pl-PL"/>
        </w:rPr>
        <w:t>……………………</w:t>
      </w:r>
      <w:r w:rsidR="00110A93">
        <w:rPr>
          <w:rFonts w:ascii="Arial" w:hAnsi="Arial" w:cs="Arial"/>
          <w:b/>
          <w:bCs/>
          <w:sz w:val="20"/>
          <w:szCs w:val="20"/>
          <w:lang w:val="pl-PL"/>
        </w:rPr>
        <w:t xml:space="preserve"> ks</w:t>
      </w:r>
    </w:p>
    <w:p w14:paraId="1308876F" w14:textId="40E9D457" w:rsidR="005C2108" w:rsidRDefault="007064F2" w:rsidP="007064F2">
      <w:pPr>
        <w:pStyle w:val="Bezmezer"/>
        <w:ind w:hanging="623"/>
        <w:rPr>
          <w:rFonts w:ascii="Arial" w:hAnsi="Arial" w:cs="Arial"/>
          <w:b/>
          <w:bCs/>
          <w:color w:val="000000"/>
          <w:sz w:val="20"/>
          <w:szCs w:val="20"/>
          <w:lang w:val="pl-PL"/>
        </w:rPr>
      </w:pPr>
      <w:r w:rsidRP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Nad rámec rozpočtu přidání 3 ks kotevních bodů</w:t>
      </w:r>
      <w:r w:rsidR="005C2108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záchytného systému</w:t>
      </w:r>
    </w:p>
    <w:p w14:paraId="66AB3720" w14:textId="77777777" w:rsidR="005C2108" w:rsidRDefault="005C2108" w:rsidP="007064F2">
      <w:pPr>
        <w:pStyle w:val="Bezmezer"/>
        <w:ind w:hanging="623"/>
        <w:rPr>
          <w:rFonts w:ascii="Arial" w:hAnsi="Arial" w:cs="Arial"/>
          <w:b/>
          <w:bCs/>
          <w:color w:val="000000"/>
          <w:sz w:val="20"/>
          <w:szCs w:val="20"/>
          <w:lang w:val="pl-PL"/>
        </w:rPr>
      </w:pPr>
    </w:p>
    <w:p w14:paraId="6BB69466" w14:textId="77777777" w:rsidR="005C2108" w:rsidRDefault="005C2108" w:rsidP="005C2108">
      <w:pPr>
        <w:pStyle w:val="Bezmezer"/>
        <w:ind w:hanging="623"/>
        <w:rPr>
          <w:rFonts w:ascii="Arial" w:hAnsi="Arial" w:cs="Arial"/>
          <w:b/>
          <w:bCs/>
          <w:color w:val="000000"/>
          <w:sz w:val="20"/>
          <w:szCs w:val="20"/>
          <w:lang w:val="pl-PL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(</w:t>
      </w:r>
      <w:r w:rsidR="007064F2" w:rsidRP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nerezových do betonu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="007064F2" w:rsidRP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dle ČSN EN</w:t>
      </w:r>
      <w:r w:rsid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 xml:space="preserve"> </w:t>
      </w:r>
      <w:r w:rsidR="007064F2" w:rsidRPr="007064F2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795 a ČSN P CEN/TS 16415, výška 40</w:t>
      </w:r>
      <w:r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)</w:t>
      </w:r>
    </w:p>
    <w:p w14:paraId="1FB21D01" w14:textId="77777777" w:rsidR="005C2108" w:rsidRDefault="005C2108" w:rsidP="005C2108">
      <w:pPr>
        <w:pStyle w:val="Bezmezer"/>
        <w:ind w:hanging="623"/>
        <w:rPr>
          <w:rFonts w:ascii="Arial" w:hAnsi="Arial" w:cs="Arial"/>
          <w:b/>
          <w:bCs/>
          <w:color w:val="000000"/>
          <w:sz w:val="20"/>
          <w:szCs w:val="20"/>
          <w:lang w:val="pl-PL"/>
        </w:rPr>
      </w:pPr>
    </w:p>
    <w:p w14:paraId="4AD1946D" w14:textId="21CF0321" w:rsidR="007064F2" w:rsidRPr="005C2108" w:rsidRDefault="007064F2" w:rsidP="005C2108">
      <w:pPr>
        <w:pStyle w:val="Bezmezer"/>
        <w:ind w:hanging="623"/>
        <w:rPr>
          <w:rFonts w:ascii="Arial" w:hAnsi="Arial" w:cs="Arial"/>
          <w:b/>
          <w:bCs/>
          <w:color w:val="000000"/>
          <w:sz w:val="20"/>
          <w:szCs w:val="20"/>
        </w:rPr>
      </w:pPr>
      <w:r w:rsidRPr="005C2108">
        <w:rPr>
          <w:rFonts w:ascii="Arial" w:hAnsi="Arial" w:cs="Arial"/>
          <w:b/>
          <w:bCs/>
          <w:color w:val="000000"/>
          <w:sz w:val="20"/>
          <w:szCs w:val="20"/>
        </w:rPr>
        <w:t>mm,</w:t>
      </w:r>
      <w:r w:rsidR="005C210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5C2108">
        <w:rPr>
          <w:rFonts w:ascii="Arial" w:hAnsi="Arial" w:cs="Arial"/>
          <w:b/>
          <w:bCs/>
          <w:color w:val="000000"/>
          <w:sz w:val="20"/>
          <w:szCs w:val="20"/>
        </w:rPr>
        <w:t>včetně výchozí revize</w:t>
      </w:r>
      <w:r w:rsidRPr="005C2108">
        <w:rPr>
          <w:rFonts w:ascii="Arial" w:hAnsi="Arial" w:cs="Arial"/>
          <w:color w:val="000000"/>
          <w:sz w:val="20"/>
          <w:szCs w:val="20"/>
        </w:rPr>
        <w:t xml:space="preserve"> </w:t>
      </w:r>
      <w:r w:rsidRPr="005C2108">
        <w:rPr>
          <w:rFonts w:ascii="Arial" w:hAnsi="Arial" w:cs="Arial"/>
          <w:b/>
          <w:sz w:val="20"/>
          <w:szCs w:val="20"/>
        </w:rPr>
        <w:t>(ano, ne):</w:t>
      </w:r>
      <w:r w:rsidRPr="005C2108">
        <w:rPr>
          <w:rFonts w:ascii="Arial" w:hAnsi="Arial" w:cs="Arial"/>
          <w:color w:val="000000"/>
          <w:sz w:val="20"/>
          <w:szCs w:val="20"/>
        </w:rPr>
        <w:t xml:space="preserve">     </w:t>
      </w:r>
      <w:r w:rsidR="005C2108">
        <w:rPr>
          <w:rFonts w:ascii="Arial" w:hAnsi="Arial" w:cs="Arial"/>
          <w:color w:val="000000"/>
          <w:sz w:val="20"/>
          <w:szCs w:val="20"/>
        </w:rPr>
        <w:tab/>
      </w:r>
      <w:r w:rsidR="005C2108">
        <w:rPr>
          <w:rFonts w:ascii="Arial" w:hAnsi="Arial" w:cs="Arial"/>
          <w:color w:val="000000"/>
          <w:sz w:val="20"/>
          <w:szCs w:val="20"/>
        </w:rPr>
        <w:tab/>
      </w:r>
      <w:r w:rsidR="005C2108">
        <w:rPr>
          <w:rFonts w:ascii="Arial" w:hAnsi="Arial" w:cs="Arial"/>
          <w:color w:val="000000"/>
          <w:sz w:val="20"/>
          <w:szCs w:val="20"/>
        </w:rPr>
        <w:tab/>
      </w:r>
      <w:r w:rsidR="005C2108">
        <w:rPr>
          <w:rFonts w:ascii="Arial" w:hAnsi="Arial" w:cs="Arial"/>
          <w:color w:val="000000"/>
          <w:sz w:val="20"/>
          <w:szCs w:val="20"/>
        </w:rPr>
        <w:tab/>
        <w:t xml:space="preserve">          </w:t>
      </w:r>
      <w:r w:rsidRPr="005C2108">
        <w:rPr>
          <w:rFonts w:ascii="Arial" w:hAnsi="Arial" w:cs="Arial"/>
          <w:b/>
          <w:bCs/>
          <w:sz w:val="20"/>
          <w:szCs w:val="20"/>
        </w:rPr>
        <w:t>……………………</w:t>
      </w:r>
    </w:p>
    <w:p w14:paraId="726AF112" w14:textId="77777777" w:rsidR="00110A93" w:rsidRPr="005C2108" w:rsidRDefault="00110A93" w:rsidP="007064F2">
      <w:pPr>
        <w:pStyle w:val="Bezmezer"/>
        <w:ind w:hanging="623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FEC6310" w14:textId="77777777" w:rsidR="007064F2" w:rsidRPr="005C2108" w:rsidRDefault="007064F2" w:rsidP="007064F2">
      <w:pPr>
        <w:pStyle w:val="Bezmezer"/>
        <w:ind w:hanging="623"/>
        <w:rPr>
          <w:rFonts w:ascii="Arial" w:hAnsi="Arial" w:cs="Arial"/>
          <w:color w:val="000000"/>
          <w:sz w:val="16"/>
          <w:szCs w:val="16"/>
        </w:rPr>
      </w:pPr>
    </w:p>
    <w:p w14:paraId="12A54445" w14:textId="1DB7C23C" w:rsidR="00323739" w:rsidRPr="005C2108" w:rsidRDefault="002E29B7" w:rsidP="005C2108">
      <w:pPr>
        <w:ind w:hanging="623"/>
        <w:rPr>
          <w:rFonts w:ascii="Arial" w:hAnsi="Arial" w:cs="Arial"/>
          <w:b/>
          <w:sz w:val="20"/>
          <w:szCs w:val="20"/>
          <w:lang w:val="pl-PL"/>
        </w:rPr>
      </w:pPr>
      <w:r w:rsidRPr="007064F2">
        <w:rPr>
          <w:rFonts w:ascii="Arial" w:hAnsi="Arial" w:cs="Arial"/>
          <w:b/>
          <w:sz w:val="20"/>
          <w:szCs w:val="20"/>
          <w:lang w:val="pl-PL"/>
        </w:rPr>
        <w:t>Přílohou budou doloženy doklady ke splnění kvalifikačních kritérií</w:t>
      </w:r>
      <w:r w:rsidR="007064F2" w:rsidRPr="007064F2">
        <w:rPr>
          <w:rFonts w:ascii="Arial" w:hAnsi="Arial" w:cs="Arial"/>
          <w:b/>
          <w:sz w:val="20"/>
          <w:szCs w:val="20"/>
          <w:lang w:val="pl-PL"/>
        </w:rPr>
        <w:t xml:space="preserve"> </w:t>
      </w:r>
    </w:p>
    <w:p w14:paraId="520086FD" w14:textId="10040FD2" w:rsidR="002E29B7" w:rsidRDefault="002E29B7" w:rsidP="002E29B7">
      <w:pPr>
        <w:rPr>
          <w:rFonts w:ascii="Arial" w:hAnsi="Arial" w:cs="Arial"/>
          <w:sz w:val="20"/>
          <w:szCs w:val="20"/>
          <w:lang w:val="pl-PL"/>
        </w:rPr>
      </w:pPr>
      <w:r w:rsidRPr="002E29B7">
        <w:rPr>
          <w:rFonts w:ascii="Arial" w:hAnsi="Arial" w:cs="Arial"/>
          <w:sz w:val="20"/>
          <w:szCs w:val="20"/>
          <w:lang w:val="pl-PL"/>
        </w:rPr>
        <w:t>V ………….. dne…………...2026</w:t>
      </w:r>
    </w:p>
    <w:p w14:paraId="6C323AE3" w14:textId="77777777" w:rsidR="005C2108" w:rsidRDefault="005C2108" w:rsidP="002E29B7">
      <w:pPr>
        <w:rPr>
          <w:rFonts w:ascii="Arial" w:hAnsi="Arial" w:cs="Arial"/>
          <w:sz w:val="20"/>
          <w:szCs w:val="20"/>
          <w:lang w:val="pl-PL"/>
        </w:rPr>
      </w:pPr>
    </w:p>
    <w:p w14:paraId="11FF29C3" w14:textId="491A0E88" w:rsidR="00D74781" w:rsidRPr="00110A93" w:rsidRDefault="009E3040">
      <w:pPr>
        <w:rPr>
          <w:rFonts w:ascii="Arial" w:hAnsi="Arial" w:cs="Arial"/>
          <w:sz w:val="20"/>
          <w:szCs w:val="20"/>
          <w:lang w:val="pl-PL"/>
        </w:rPr>
      </w:pPr>
      <w:r w:rsidRPr="0034453D">
        <w:rPr>
          <w:rFonts w:ascii="Arial" w:hAnsi="Arial" w:cs="Arial"/>
          <w:sz w:val="20"/>
          <w:szCs w:val="20"/>
          <w:lang w:val="pl-PL"/>
        </w:rPr>
        <w:t xml:space="preserve">  </w:t>
      </w:r>
      <w:r w:rsidR="0020075C">
        <w:rPr>
          <w:lang w:val="pl-PL"/>
        </w:rPr>
        <w:t xml:space="preserve">                                                                                                                        </w:t>
      </w:r>
      <w:r w:rsidR="00462753">
        <w:rPr>
          <w:lang w:val="pl-PL"/>
        </w:rPr>
        <w:t xml:space="preserve"> </w:t>
      </w:r>
      <w:r w:rsidR="0020075C" w:rsidRPr="00462753">
        <w:rPr>
          <w:rFonts w:ascii="Arial" w:hAnsi="Arial" w:cs="Arial"/>
          <w:sz w:val="20"/>
          <w:szCs w:val="20"/>
          <w:lang w:val="pl-PL"/>
        </w:rPr>
        <w:t>..........................................</w:t>
      </w:r>
      <w:r w:rsidR="0020075C" w:rsidRPr="00C441DD">
        <w:rPr>
          <w:lang w:val="pl-PL"/>
        </w:rPr>
        <w:br/>
      </w:r>
      <w:r w:rsidR="0020075C" w:rsidRPr="009E3040">
        <w:rPr>
          <w:rFonts w:ascii="Arial" w:hAnsi="Arial" w:cs="Arial"/>
          <w:lang w:val="pl-PL"/>
        </w:rPr>
        <w:t xml:space="preserve">                                                                                                </w:t>
      </w:r>
      <w:r w:rsidR="0020075C" w:rsidRPr="0034453D">
        <w:rPr>
          <w:rFonts w:ascii="Arial" w:hAnsi="Arial" w:cs="Arial"/>
          <w:sz w:val="20"/>
          <w:szCs w:val="20"/>
          <w:lang w:val="pl-PL"/>
        </w:rPr>
        <w:t>razítko a</w:t>
      </w:r>
      <w:r w:rsidRPr="0034453D">
        <w:rPr>
          <w:rFonts w:ascii="Arial" w:hAnsi="Arial" w:cs="Arial"/>
          <w:sz w:val="20"/>
          <w:szCs w:val="20"/>
          <w:lang w:val="pl-PL"/>
        </w:rPr>
        <w:t xml:space="preserve"> </w:t>
      </w:r>
      <w:r w:rsidR="0020075C" w:rsidRPr="0034453D">
        <w:rPr>
          <w:rFonts w:ascii="Arial" w:hAnsi="Arial" w:cs="Arial"/>
          <w:sz w:val="20"/>
          <w:szCs w:val="20"/>
          <w:lang w:val="pl-PL"/>
        </w:rPr>
        <w:t>podpis účastníka</w:t>
      </w:r>
    </w:p>
    <w:sectPr w:rsidR="00D74781" w:rsidRPr="00110A93" w:rsidSect="00C441DD">
      <w:pgSz w:w="12240" w:h="15840"/>
      <w:pgMar w:top="851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CB413D"/>
    <w:multiLevelType w:val="hybridMultilevel"/>
    <w:tmpl w:val="48D0A0F0"/>
    <w:lvl w:ilvl="0" w:tplc="6A3291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69698">
    <w:abstractNumId w:val="8"/>
  </w:num>
  <w:num w:numId="2" w16cid:durableId="1079789646">
    <w:abstractNumId w:val="6"/>
  </w:num>
  <w:num w:numId="3" w16cid:durableId="34039015">
    <w:abstractNumId w:val="5"/>
  </w:num>
  <w:num w:numId="4" w16cid:durableId="793446152">
    <w:abstractNumId w:val="4"/>
  </w:num>
  <w:num w:numId="5" w16cid:durableId="28923298">
    <w:abstractNumId w:val="7"/>
  </w:num>
  <w:num w:numId="6" w16cid:durableId="1148865469">
    <w:abstractNumId w:val="3"/>
  </w:num>
  <w:num w:numId="7" w16cid:durableId="1007750901">
    <w:abstractNumId w:val="2"/>
  </w:num>
  <w:num w:numId="8" w16cid:durableId="542519320">
    <w:abstractNumId w:val="1"/>
  </w:num>
  <w:num w:numId="9" w16cid:durableId="1365643150">
    <w:abstractNumId w:val="0"/>
  </w:num>
  <w:num w:numId="10" w16cid:durableId="13781234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255"/>
    <w:rsid w:val="0006063C"/>
    <w:rsid w:val="00064A2E"/>
    <w:rsid w:val="000D5096"/>
    <w:rsid w:val="00110A93"/>
    <w:rsid w:val="0015074B"/>
    <w:rsid w:val="001B6AA1"/>
    <w:rsid w:val="001F5A07"/>
    <w:rsid w:val="0020075C"/>
    <w:rsid w:val="00245963"/>
    <w:rsid w:val="00250AF6"/>
    <w:rsid w:val="00270A2F"/>
    <w:rsid w:val="00275ED9"/>
    <w:rsid w:val="002770D5"/>
    <w:rsid w:val="0029639D"/>
    <w:rsid w:val="002C150F"/>
    <w:rsid w:val="002E29B7"/>
    <w:rsid w:val="002F083E"/>
    <w:rsid w:val="00323739"/>
    <w:rsid w:val="00326F90"/>
    <w:rsid w:val="0034453D"/>
    <w:rsid w:val="003B1C1F"/>
    <w:rsid w:val="003E79FC"/>
    <w:rsid w:val="003F1231"/>
    <w:rsid w:val="003F4AB7"/>
    <w:rsid w:val="00462753"/>
    <w:rsid w:val="004845B6"/>
    <w:rsid w:val="00500F6F"/>
    <w:rsid w:val="00547EE8"/>
    <w:rsid w:val="00567233"/>
    <w:rsid w:val="00575475"/>
    <w:rsid w:val="00581E71"/>
    <w:rsid w:val="00597462"/>
    <w:rsid w:val="005B13DE"/>
    <w:rsid w:val="005B535F"/>
    <w:rsid w:val="005C2108"/>
    <w:rsid w:val="0061762C"/>
    <w:rsid w:val="00683A3F"/>
    <w:rsid w:val="007064F2"/>
    <w:rsid w:val="00714D56"/>
    <w:rsid w:val="007150F4"/>
    <w:rsid w:val="00716ADE"/>
    <w:rsid w:val="0072465B"/>
    <w:rsid w:val="007663A1"/>
    <w:rsid w:val="00767210"/>
    <w:rsid w:val="007D0557"/>
    <w:rsid w:val="00843560"/>
    <w:rsid w:val="0084754F"/>
    <w:rsid w:val="008E410C"/>
    <w:rsid w:val="00922690"/>
    <w:rsid w:val="00967E83"/>
    <w:rsid w:val="009D62F9"/>
    <w:rsid w:val="009E3040"/>
    <w:rsid w:val="009F1C66"/>
    <w:rsid w:val="00A042A1"/>
    <w:rsid w:val="00A327F8"/>
    <w:rsid w:val="00AA1D8D"/>
    <w:rsid w:val="00B04597"/>
    <w:rsid w:val="00B30D96"/>
    <w:rsid w:val="00B4399D"/>
    <w:rsid w:val="00B47730"/>
    <w:rsid w:val="00B64C06"/>
    <w:rsid w:val="00B94357"/>
    <w:rsid w:val="00C043AB"/>
    <w:rsid w:val="00C32B79"/>
    <w:rsid w:val="00C441DD"/>
    <w:rsid w:val="00C57510"/>
    <w:rsid w:val="00CB0664"/>
    <w:rsid w:val="00CD1856"/>
    <w:rsid w:val="00CE5F45"/>
    <w:rsid w:val="00CF10CE"/>
    <w:rsid w:val="00D74781"/>
    <w:rsid w:val="00D81F26"/>
    <w:rsid w:val="00E63CEB"/>
    <w:rsid w:val="00E91B18"/>
    <w:rsid w:val="00EB4203"/>
    <w:rsid w:val="00EE60FD"/>
    <w:rsid w:val="00F35AC7"/>
    <w:rsid w:val="00F62893"/>
    <w:rsid w:val="00F84929"/>
    <w:rsid w:val="00FC693F"/>
    <w:rsid w:val="00FE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E8C60"/>
  <w14:defaultImageDpi w14:val="300"/>
  <w15:docId w15:val="{8C3FCA83-6A43-462F-A33B-ADD792E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link w:val="BezmezerChar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CF10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/>
    </w:rPr>
  </w:style>
  <w:style w:type="character" w:customStyle="1" w:styleId="BezmezerChar">
    <w:name w:val="Bez mezer Char"/>
    <w:link w:val="Bezmezer"/>
    <w:uiPriority w:val="1"/>
    <w:rsid w:val="00706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243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SBD Havířov</cp:lastModifiedBy>
  <cp:revision>39</cp:revision>
  <cp:lastPrinted>2026-06-03T15:04:00Z</cp:lastPrinted>
  <dcterms:created xsi:type="dcterms:W3CDTF">2013-12-23T23:15:00Z</dcterms:created>
  <dcterms:modified xsi:type="dcterms:W3CDTF">2026-09-09T11:54:00Z</dcterms:modified>
  <cp:category/>
</cp:coreProperties>
</file>