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069BD" w14:textId="311F9EEE" w:rsidR="00D74781" w:rsidRPr="00CF10CE" w:rsidRDefault="001B6AA1" w:rsidP="00500F6F">
      <w:pPr>
        <w:pStyle w:val="Nadpis1"/>
        <w:jc w:val="center"/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</w:pPr>
      <w:r w:rsidRP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>ZÁKLADNÍ ÚDAJE O NABÍDCE</w:t>
      </w:r>
      <w:r w:rsid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 xml:space="preserve"> č. </w:t>
      </w:r>
      <w:r w:rsidR="007150F4" w:rsidRPr="007150F4">
        <w:rPr>
          <w:rFonts w:ascii="Arial" w:eastAsia="Calibri" w:hAnsi="Arial" w:cs="Arial"/>
          <w:bCs w:val="0"/>
          <w:color w:val="000000" w:themeColor="text1"/>
          <w:sz w:val="36"/>
          <w:szCs w:val="36"/>
          <w:lang w:val="cs-CZ"/>
        </w:rPr>
        <w:t>35</w:t>
      </w:r>
      <w:r w:rsid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>/2026</w:t>
      </w:r>
    </w:p>
    <w:p w14:paraId="7B05667A" w14:textId="77777777" w:rsidR="00D74781" w:rsidRDefault="001B6AA1" w:rsidP="00CF10CE">
      <w:pPr>
        <w:jc w:val="center"/>
        <w:rPr>
          <w:rFonts w:ascii="Arial" w:eastAsia="Calibri" w:hAnsi="Arial" w:cs="Arial"/>
          <w:b/>
          <w:sz w:val="36"/>
          <w:szCs w:val="36"/>
          <w:lang w:val="cs-CZ"/>
        </w:rPr>
      </w:pPr>
      <w:r w:rsidRPr="00CF10CE">
        <w:rPr>
          <w:rFonts w:ascii="Arial" w:eastAsia="Calibri" w:hAnsi="Arial" w:cs="Arial"/>
          <w:b/>
          <w:sz w:val="36"/>
          <w:szCs w:val="36"/>
          <w:lang w:val="cs-CZ"/>
        </w:rPr>
        <w:t>(KRYCÍ LIST NABÍDKY)</w:t>
      </w:r>
    </w:p>
    <w:p w14:paraId="193948F7" w14:textId="77777777" w:rsidR="00D74781" w:rsidRPr="00C57510" w:rsidRDefault="001B6AA1" w:rsidP="00CF10CE">
      <w:pPr>
        <w:jc w:val="center"/>
        <w:rPr>
          <w:rFonts w:ascii="Arial" w:eastAsia="Calibri" w:hAnsi="Arial" w:cs="Arial"/>
          <w:b/>
          <w:sz w:val="36"/>
          <w:szCs w:val="36"/>
          <w:lang w:val="cs-CZ"/>
        </w:rPr>
      </w:pPr>
      <w:r w:rsidRPr="00C57510">
        <w:rPr>
          <w:rFonts w:ascii="Arial" w:eastAsia="Calibri" w:hAnsi="Arial" w:cs="Arial"/>
          <w:b/>
          <w:sz w:val="36"/>
          <w:szCs w:val="36"/>
          <w:lang w:val="cs-CZ"/>
        </w:rPr>
        <w:t>s názvem:</w:t>
      </w:r>
    </w:p>
    <w:p w14:paraId="192E60AA" w14:textId="77777777" w:rsidR="00714D56" w:rsidRDefault="00CF10CE" w:rsidP="00C57510">
      <w:pPr>
        <w:pStyle w:val="Default"/>
        <w:jc w:val="center"/>
        <w:rPr>
          <w:rFonts w:ascii="Arial" w:hAnsi="Arial" w:cs="Arial"/>
          <w:b/>
          <w:color w:val="auto"/>
          <w:sz w:val="36"/>
          <w:szCs w:val="36"/>
        </w:rPr>
      </w:pPr>
      <w:r w:rsidRPr="00C57510">
        <w:rPr>
          <w:rFonts w:ascii="Arial" w:hAnsi="Arial" w:cs="Arial"/>
          <w:b/>
          <w:sz w:val="36"/>
          <w:szCs w:val="36"/>
        </w:rPr>
        <w:t>„</w:t>
      </w:r>
      <w:r w:rsidR="00C57510" w:rsidRPr="00C57510">
        <w:rPr>
          <w:rFonts w:ascii="Arial" w:hAnsi="Arial" w:cs="Arial"/>
          <w:b/>
          <w:color w:val="auto"/>
          <w:sz w:val="36"/>
          <w:szCs w:val="36"/>
        </w:rPr>
        <w:t>Výměna stoupacího rozvodu vody</w:t>
      </w:r>
    </w:p>
    <w:p w14:paraId="0DBD6B94" w14:textId="1165B7E3" w:rsidR="00714D56" w:rsidRDefault="00683A3F" w:rsidP="00C57510">
      <w:pPr>
        <w:pStyle w:val="Default"/>
        <w:jc w:val="center"/>
        <w:rPr>
          <w:rFonts w:ascii="Arial" w:hAnsi="Arial" w:cs="Arial"/>
          <w:b/>
          <w:color w:val="auto"/>
          <w:sz w:val="36"/>
          <w:szCs w:val="36"/>
        </w:rPr>
      </w:pPr>
      <w:r>
        <w:rPr>
          <w:rFonts w:ascii="Arial" w:hAnsi="Arial" w:cs="Arial"/>
          <w:b/>
          <w:color w:val="auto"/>
          <w:sz w:val="36"/>
          <w:szCs w:val="36"/>
        </w:rPr>
        <w:t>Bytového domu</w:t>
      </w:r>
      <w:r w:rsidR="00C57510" w:rsidRPr="00C57510">
        <w:rPr>
          <w:rFonts w:ascii="Arial" w:hAnsi="Arial" w:cs="Arial"/>
          <w:b/>
          <w:color w:val="auto"/>
          <w:sz w:val="36"/>
          <w:szCs w:val="36"/>
        </w:rPr>
        <w:t xml:space="preserve"> </w:t>
      </w:r>
      <w:r w:rsidR="00714D56">
        <w:rPr>
          <w:rFonts w:ascii="Arial" w:hAnsi="Arial" w:cs="Arial"/>
          <w:b/>
          <w:color w:val="auto"/>
          <w:sz w:val="36"/>
          <w:szCs w:val="36"/>
        </w:rPr>
        <w:t xml:space="preserve">na ulici </w:t>
      </w:r>
      <w:r w:rsidR="00C57510" w:rsidRPr="00C57510">
        <w:rPr>
          <w:rFonts w:ascii="Arial" w:hAnsi="Arial" w:cs="Arial"/>
          <w:b/>
          <w:color w:val="auto"/>
          <w:sz w:val="36"/>
          <w:szCs w:val="36"/>
        </w:rPr>
        <w:t>Vardasova 454/10,</w:t>
      </w:r>
    </w:p>
    <w:p w14:paraId="2CF14B9E" w14:textId="463C2DFF" w:rsidR="00CF10CE" w:rsidRDefault="00C57510" w:rsidP="00C57510">
      <w:pPr>
        <w:pStyle w:val="Default"/>
        <w:jc w:val="center"/>
        <w:rPr>
          <w:rFonts w:ascii="Arial" w:hAnsi="Arial" w:cs="Arial"/>
          <w:b/>
          <w:sz w:val="36"/>
          <w:szCs w:val="36"/>
        </w:rPr>
      </w:pPr>
      <w:r w:rsidRPr="00C57510">
        <w:rPr>
          <w:rFonts w:ascii="Arial" w:hAnsi="Arial" w:cs="Arial"/>
          <w:b/>
          <w:color w:val="auto"/>
          <w:sz w:val="36"/>
          <w:szCs w:val="36"/>
        </w:rPr>
        <w:t>Havířov</w:t>
      </w:r>
      <w:r>
        <w:rPr>
          <w:rFonts w:ascii="Arial" w:hAnsi="Arial" w:cs="Arial"/>
          <w:b/>
          <w:color w:val="auto"/>
          <w:sz w:val="36"/>
          <w:szCs w:val="36"/>
        </w:rPr>
        <w:t>-</w:t>
      </w:r>
      <w:r w:rsidRPr="00C57510">
        <w:rPr>
          <w:rFonts w:ascii="Arial" w:hAnsi="Arial" w:cs="Arial"/>
          <w:b/>
          <w:color w:val="auto"/>
          <w:sz w:val="36"/>
          <w:szCs w:val="36"/>
        </w:rPr>
        <w:t>Město</w:t>
      </w:r>
      <w:r w:rsidR="00CF10CE" w:rsidRPr="00C57510">
        <w:rPr>
          <w:rFonts w:ascii="Arial" w:hAnsi="Arial" w:cs="Arial"/>
          <w:b/>
          <w:sz w:val="36"/>
          <w:szCs w:val="36"/>
        </w:rPr>
        <w:t>“</w:t>
      </w:r>
    </w:p>
    <w:p w14:paraId="239A1432" w14:textId="77777777" w:rsidR="002E29B7" w:rsidRPr="00C57510" w:rsidRDefault="002E29B7" w:rsidP="00C57510">
      <w:pPr>
        <w:pStyle w:val="Default"/>
        <w:jc w:val="center"/>
        <w:rPr>
          <w:rFonts w:ascii="Arial" w:hAnsi="Arial" w:cs="Arial"/>
          <w:b/>
          <w:sz w:val="36"/>
          <w:szCs w:val="36"/>
        </w:rPr>
      </w:pPr>
    </w:p>
    <w:p w14:paraId="51E5CE0C" w14:textId="77777777" w:rsidR="003F4AB7" w:rsidRDefault="003F4AB7" w:rsidP="00EE60FD">
      <w:pPr>
        <w:pStyle w:val="Default"/>
        <w:jc w:val="center"/>
        <w:rPr>
          <w:rFonts w:ascii="Arial" w:hAnsi="Arial" w:cs="Arial"/>
          <w:b/>
          <w:sz w:val="16"/>
          <w:szCs w:val="16"/>
        </w:rPr>
      </w:pPr>
    </w:p>
    <w:p w14:paraId="2DA1F598" w14:textId="77777777" w:rsidR="002E29B7" w:rsidRDefault="002E29B7" w:rsidP="00EE60FD">
      <w:pPr>
        <w:pStyle w:val="Default"/>
        <w:jc w:val="center"/>
        <w:rPr>
          <w:rFonts w:ascii="Arial" w:hAnsi="Arial" w:cs="Arial"/>
          <w:b/>
          <w:sz w:val="16"/>
          <w:szCs w:val="16"/>
        </w:rPr>
      </w:pPr>
    </w:p>
    <w:p w14:paraId="6E701378" w14:textId="77777777" w:rsidR="002E29B7" w:rsidRPr="003F4AB7" w:rsidRDefault="002E29B7" w:rsidP="00EE60FD">
      <w:pPr>
        <w:pStyle w:val="Default"/>
        <w:jc w:val="center"/>
        <w:rPr>
          <w:rFonts w:ascii="Arial" w:hAnsi="Arial" w:cs="Arial"/>
          <w:b/>
          <w:sz w:val="16"/>
          <w:szCs w:val="16"/>
        </w:rPr>
      </w:pPr>
    </w:p>
    <w:p w14:paraId="3FEEBB4C" w14:textId="77777777" w:rsidR="00547EE8" w:rsidRDefault="00547EE8" w:rsidP="00547EE8">
      <w:pPr>
        <w:pStyle w:val="Default"/>
        <w:jc w:val="center"/>
        <w:rPr>
          <w:rFonts w:ascii="Arial" w:hAnsi="Arial" w:cs="Arial"/>
          <w:b/>
          <w:sz w:val="16"/>
          <w:szCs w:val="16"/>
        </w:rPr>
      </w:pPr>
    </w:p>
    <w:p w14:paraId="62CC3AD0" w14:textId="77777777" w:rsidR="00C043AB" w:rsidRPr="00C043AB" w:rsidRDefault="00C043AB" w:rsidP="00547EE8">
      <w:pPr>
        <w:pStyle w:val="Default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49"/>
        <w:gridCol w:w="2546"/>
        <w:gridCol w:w="3261"/>
      </w:tblGrid>
      <w:tr w:rsidR="007D0557" w14:paraId="7F78052F" w14:textId="77777777" w:rsidTr="007D0557">
        <w:tc>
          <w:tcPr>
            <w:tcW w:w="3049" w:type="dxa"/>
          </w:tcPr>
          <w:p w14:paraId="449436B7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CF10CE"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  <w:t>Identifikační údaje účastníka</w:t>
            </w:r>
            <w:r w:rsidRPr="0083004D">
              <w:rPr>
                <w:rFonts w:ascii="Arial" w:eastAsia="Calibri" w:hAnsi="Arial" w:cs="Arial"/>
                <w:sz w:val="20"/>
                <w:szCs w:val="20"/>
                <w:u w:val="single"/>
              </w:rPr>
              <w:t>:</w:t>
            </w:r>
          </w:p>
        </w:tc>
        <w:tc>
          <w:tcPr>
            <w:tcW w:w="2546" w:type="dxa"/>
          </w:tcPr>
          <w:p w14:paraId="570877E5" w14:textId="77777777" w:rsidR="007D0557" w:rsidRPr="00A042A1" w:rsidRDefault="007D0557" w:rsidP="00CF10CE">
            <w:pPr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14:paraId="0503D7BC" w14:textId="4CF46661" w:rsidR="007D0557" w:rsidRPr="00A042A1" w:rsidRDefault="007D0557" w:rsidP="00CF10CE">
            <w:pPr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A042A1">
              <w:rPr>
                <w:rFonts w:ascii="Arial" w:eastAsia="Calibri" w:hAnsi="Arial" w:cs="Arial"/>
                <w:bCs/>
                <w:sz w:val="20"/>
                <w:szCs w:val="20"/>
              </w:rPr>
              <w:t>…………....</w:t>
            </w:r>
            <w:r>
              <w:rPr>
                <w:rFonts w:ascii="Arial" w:eastAsia="Calibri" w:hAnsi="Arial" w:cs="Arial"/>
                <w:bCs/>
                <w:sz w:val="20"/>
                <w:szCs w:val="20"/>
              </w:rPr>
              <w:t>...........</w:t>
            </w:r>
          </w:p>
        </w:tc>
      </w:tr>
      <w:tr w:rsidR="007D0557" w14:paraId="53143D86" w14:textId="77777777" w:rsidTr="007D0557">
        <w:tc>
          <w:tcPr>
            <w:tcW w:w="3049" w:type="dxa"/>
          </w:tcPr>
          <w:p w14:paraId="3A6BDDA0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Se sídlem:</w:t>
            </w:r>
          </w:p>
        </w:tc>
        <w:tc>
          <w:tcPr>
            <w:tcW w:w="2546" w:type="dxa"/>
          </w:tcPr>
          <w:p w14:paraId="5BE4BDA0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7221F36" w14:textId="7AEC722A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</w:tc>
      </w:tr>
      <w:tr w:rsidR="007D0557" w14:paraId="060E926D" w14:textId="77777777" w:rsidTr="007D0557">
        <w:tc>
          <w:tcPr>
            <w:tcW w:w="3049" w:type="dxa"/>
          </w:tcPr>
          <w:p w14:paraId="4A890E87" w14:textId="77089552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 xml:space="preserve">Zastoupen: </w:t>
            </w:r>
          </w:p>
        </w:tc>
        <w:tc>
          <w:tcPr>
            <w:tcW w:w="2546" w:type="dxa"/>
          </w:tcPr>
          <w:p w14:paraId="7B643A9A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06FF2A83" w14:textId="714B9371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……….</w:t>
            </w:r>
          </w:p>
        </w:tc>
      </w:tr>
      <w:tr w:rsidR="007D0557" w14:paraId="5D030A6F" w14:textId="77777777" w:rsidTr="007D0557">
        <w:tc>
          <w:tcPr>
            <w:tcW w:w="3049" w:type="dxa"/>
          </w:tcPr>
          <w:p w14:paraId="0828E18A" w14:textId="77777777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 w:rsidRPr="00F84929">
              <w:rPr>
                <w:rFonts w:ascii="Arial" w:eastAsia="Calibri" w:hAnsi="Arial" w:cs="Arial"/>
                <w:sz w:val="20"/>
                <w:szCs w:val="20"/>
                <w:lang w:val="pl-PL"/>
              </w:rPr>
              <w:t>Pověřená osoba-technické věci:</w:t>
            </w:r>
          </w:p>
          <w:p w14:paraId="3AAB84FD" w14:textId="34E90A2F" w:rsidR="007D0557" w:rsidRPr="00F84929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pl-PL"/>
              </w:rPr>
              <w:t>Tel:</w:t>
            </w:r>
          </w:p>
          <w:p w14:paraId="781400DD" w14:textId="134CB8EB" w:rsidR="007D0557" w:rsidRPr="00F84929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 w:rsidRPr="00F84929">
              <w:rPr>
                <w:rFonts w:ascii="Arial" w:eastAsia="Calibri" w:hAnsi="Arial" w:cs="Arial"/>
                <w:sz w:val="20"/>
                <w:szCs w:val="20"/>
                <w:lang w:val="pl-PL"/>
              </w:rPr>
              <w:t>Email:</w:t>
            </w:r>
          </w:p>
        </w:tc>
        <w:tc>
          <w:tcPr>
            <w:tcW w:w="2546" w:type="dxa"/>
          </w:tcPr>
          <w:p w14:paraId="77506111" w14:textId="77777777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2D76B8B6" w14:textId="4F291D28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  <w:p w14:paraId="65C5F7EF" w14:textId="510D5020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  <w:p w14:paraId="32721100" w14:textId="125168B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</w:tc>
      </w:tr>
      <w:tr w:rsidR="007D0557" w14:paraId="5A185F88" w14:textId="77777777" w:rsidTr="007D0557">
        <w:tc>
          <w:tcPr>
            <w:tcW w:w="3049" w:type="dxa"/>
          </w:tcPr>
          <w:p w14:paraId="58B43192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 xml:space="preserve">Bankovní spojení :     </w:t>
            </w:r>
          </w:p>
        </w:tc>
        <w:tc>
          <w:tcPr>
            <w:tcW w:w="2546" w:type="dxa"/>
          </w:tcPr>
          <w:p w14:paraId="239B7C0E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13DE8170" w14:textId="61A8CBB3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….</w:t>
            </w:r>
          </w:p>
        </w:tc>
      </w:tr>
      <w:tr w:rsidR="007D0557" w14:paraId="2C446ACF" w14:textId="77777777" w:rsidTr="007D0557">
        <w:tc>
          <w:tcPr>
            <w:tcW w:w="3049" w:type="dxa"/>
          </w:tcPr>
          <w:p w14:paraId="7415C6EF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č.ú.:</w:t>
            </w:r>
          </w:p>
        </w:tc>
        <w:tc>
          <w:tcPr>
            <w:tcW w:w="2546" w:type="dxa"/>
          </w:tcPr>
          <w:p w14:paraId="658A7C8F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027DB990" w14:textId="1EF2D963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………….</w:t>
            </w:r>
          </w:p>
        </w:tc>
      </w:tr>
      <w:tr w:rsidR="007D0557" w14:paraId="7366C32D" w14:textId="77777777" w:rsidTr="007D0557">
        <w:tc>
          <w:tcPr>
            <w:tcW w:w="3049" w:type="dxa"/>
          </w:tcPr>
          <w:p w14:paraId="57C24218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IČ :</w:t>
            </w:r>
          </w:p>
        </w:tc>
        <w:tc>
          <w:tcPr>
            <w:tcW w:w="2546" w:type="dxa"/>
          </w:tcPr>
          <w:p w14:paraId="0D1368A6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26E7AB8" w14:textId="0CD972BD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</w:tr>
      <w:tr w:rsidR="007D0557" w14:paraId="004D38EE" w14:textId="77777777" w:rsidTr="007D0557">
        <w:tc>
          <w:tcPr>
            <w:tcW w:w="3049" w:type="dxa"/>
          </w:tcPr>
          <w:p w14:paraId="485A897D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 xml:space="preserve">DIČ :   </w:t>
            </w:r>
          </w:p>
        </w:tc>
        <w:tc>
          <w:tcPr>
            <w:tcW w:w="2546" w:type="dxa"/>
          </w:tcPr>
          <w:p w14:paraId="397D124A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45948DD" w14:textId="3CA24D52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…………………</w:t>
            </w:r>
            <w:r>
              <w:rPr>
                <w:rFonts w:ascii="Arial" w:eastAsia="Calibri" w:hAnsi="Arial" w:cs="Arial"/>
                <w:sz w:val="20"/>
                <w:szCs w:val="20"/>
              </w:rPr>
              <w:t>….</w:t>
            </w:r>
          </w:p>
        </w:tc>
      </w:tr>
      <w:tr w:rsidR="007D0557" w14:paraId="56D39DBA" w14:textId="77777777" w:rsidTr="007D0557">
        <w:tc>
          <w:tcPr>
            <w:tcW w:w="3049" w:type="dxa"/>
          </w:tcPr>
          <w:p w14:paraId="2D8DB27E" w14:textId="77777777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3004D">
              <w:rPr>
                <w:rFonts w:ascii="Arial" w:eastAsia="Calibri" w:hAnsi="Arial" w:cs="Arial"/>
                <w:sz w:val="20"/>
                <w:szCs w:val="20"/>
              </w:rPr>
              <w:t>Zapsán u:</w:t>
            </w:r>
          </w:p>
        </w:tc>
        <w:tc>
          <w:tcPr>
            <w:tcW w:w="2546" w:type="dxa"/>
          </w:tcPr>
          <w:p w14:paraId="665CCF5F" w14:textId="77777777" w:rsidR="007D0557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261" w:type="dxa"/>
          </w:tcPr>
          <w:p w14:paraId="30054FD0" w14:textId="0E337003" w:rsidR="007D0557" w:rsidRPr="0083004D" w:rsidRDefault="007D0557" w:rsidP="00CF10C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</w:tc>
      </w:tr>
    </w:tbl>
    <w:p w14:paraId="2275E3AA" w14:textId="77777777" w:rsidR="003F4AB7" w:rsidRDefault="003F4AB7" w:rsidP="007D0557">
      <w:pPr>
        <w:rPr>
          <w:rFonts w:ascii="Arial" w:hAnsi="Arial" w:cs="Arial"/>
          <w:bCs/>
          <w:sz w:val="20"/>
          <w:szCs w:val="20"/>
        </w:rPr>
      </w:pPr>
    </w:p>
    <w:p w14:paraId="12425D75" w14:textId="77777777" w:rsidR="002E29B7" w:rsidRDefault="002E29B7" w:rsidP="007D0557">
      <w:pPr>
        <w:rPr>
          <w:rFonts w:ascii="Arial" w:hAnsi="Arial" w:cs="Arial"/>
          <w:bCs/>
          <w:sz w:val="20"/>
          <w:szCs w:val="20"/>
        </w:rPr>
      </w:pPr>
    </w:p>
    <w:p w14:paraId="302BF7D5" w14:textId="77777777" w:rsidR="002E29B7" w:rsidRDefault="002E29B7" w:rsidP="007D0557">
      <w:pPr>
        <w:rPr>
          <w:rFonts w:ascii="Arial" w:hAnsi="Arial" w:cs="Arial"/>
          <w:bCs/>
          <w:sz w:val="20"/>
          <w:szCs w:val="20"/>
        </w:rPr>
      </w:pPr>
    </w:p>
    <w:p w14:paraId="571DF45A" w14:textId="77777777" w:rsidR="00C57510" w:rsidRPr="00C441DD" w:rsidRDefault="00C57510" w:rsidP="00C57510">
      <w:pPr>
        <w:ind w:left="3600" w:hanging="3600"/>
        <w:rPr>
          <w:rFonts w:ascii="Arial" w:hAnsi="Arial" w:cs="Arial"/>
          <w:b/>
          <w:sz w:val="20"/>
          <w:szCs w:val="20"/>
        </w:rPr>
      </w:pPr>
      <w:r w:rsidRPr="00C441DD">
        <w:rPr>
          <w:rFonts w:ascii="Arial" w:eastAsia="Calibri" w:hAnsi="Arial" w:cs="Arial"/>
          <w:b/>
          <w:bCs/>
          <w:sz w:val="20"/>
          <w:szCs w:val="20"/>
          <w:u w:val="single"/>
        </w:rPr>
        <w:t>Nabídnutá cena</w:t>
      </w:r>
      <w:bookmarkStart w:id="0" w:name="_Hlk96678743"/>
      <w:r w:rsidRPr="00C441DD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 bez DPH</w:t>
      </w:r>
      <w:bookmarkEnd w:id="0"/>
      <w:r w:rsidRPr="00C441DD">
        <w:rPr>
          <w:rFonts w:ascii="Arial" w:hAnsi="Arial" w:cs="Arial"/>
          <w:b/>
          <w:sz w:val="20"/>
          <w:szCs w:val="20"/>
        </w:rPr>
        <w:t xml:space="preserve">: </w:t>
      </w:r>
      <w:r>
        <w:rPr>
          <w:rFonts w:ascii="Arial" w:hAnsi="Arial" w:cs="Arial"/>
          <w:b/>
          <w:sz w:val="20"/>
          <w:szCs w:val="20"/>
        </w:rPr>
        <w:t xml:space="preserve">            N</w:t>
      </w:r>
      <w:r w:rsidRPr="00C441DD">
        <w:rPr>
          <w:rFonts w:ascii="Arial" w:hAnsi="Arial" w:cs="Arial"/>
          <w:b/>
          <w:color w:val="000000"/>
          <w:sz w:val="20"/>
          <w:szCs w:val="20"/>
        </w:rPr>
        <w:t xml:space="preserve">EUVÁDĚT,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cena bude </w:t>
      </w:r>
      <w:r w:rsidRPr="00C441DD">
        <w:rPr>
          <w:rFonts w:ascii="Arial" w:hAnsi="Arial" w:cs="Arial"/>
          <w:b/>
          <w:color w:val="000000"/>
          <w:sz w:val="20"/>
          <w:szCs w:val="20"/>
        </w:rPr>
        <w:t>uvedena v návrhu Sm</w:t>
      </w:r>
      <w:r>
        <w:rPr>
          <w:rFonts w:ascii="Arial" w:hAnsi="Arial" w:cs="Arial"/>
          <w:b/>
          <w:color w:val="000000"/>
          <w:sz w:val="20"/>
          <w:szCs w:val="20"/>
        </w:rPr>
        <w:t>louvy o dílo.</w:t>
      </w:r>
    </w:p>
    <w:p w14:paraId="333401A7" w14:textId="59B6DDBC" w:rsidR="00C57510" w:rsidRPr="003B1C1F" w:rsidRDefault="00C57510" w:rsidP="00C57510">
      <w:pPr>
        <w:rPr>
          <w:rFonts w:ascii="Arial" w:hAnsi="Arial" w:cs="Arial"/>
          <w:b/>
          <w:bCs/>
          <w:sz w:val="20"/>
          <w:szCs w:val="20"/>
          <w:lang w:val="pl-PL"/>
        </w:rPr>
      </w:pPr>
      <w:r w:rsidRPr="003B1C1F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Záruční doba (v měsících):</w:t>
      </w:r>
      <w:r w:rsidRPr="003B1C1F">
        <w:rPr>
          <w:rFonts w:ascii="Arial" w:hAnsi="Arial" w:cs="Arial"/>
          <w:b/>
          <w:bCs/>
          <w:sz w:val="20"/>
          <w:szCs w:val="20"/>
          <w:lang w:val="pl-PL"/>
        </w:rPr>
        <w:t xml:space="preserve">                 </w:t>
      </w:r>
      <w:r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Pr="003B1C1F">
        <w:rPr>
          <w:rFonts w:ascii="Arial" w:hAnsi="Arial" w:cs="Arial"/>
          <w:b/>
          <w:bCs/>
          <w:sz w:val="20"/>
          <w:szCs w:val="20"/>
          <w:lang w:val="pl-PL"/>
        </w:rPr>
        <w:tab/>
        <w:t xml:space="preserve">        …………………….</w:t>
      </w:r>
    </w:p>
    <w:p w14:paraId="6D303F27" w14:textId="186D605A" w:rsidR="00C57510" w:rsidRPr="003B1C1F" w:rsidRDefault="003B1C1F" w:rsidP="00C57510">
      <w:pPr>
        <w:rPr>
          <w:rFonts w:ascii="Arial" w:hAnsi="Arial" w:cs="Arial"/>
          <w:b/>
          <w:bCs/>
          <w:sz w:val="20"/>
          <w:szCs w:val="20"/>
          <w:lang w:val="pl-PL"/>
        </w:rPr>
      </w:pPr>
      <w:r w:rsidRPr="003B1C1F">
        <w:rPr>
          <w:rFonts w:ascii="Arial" w:hAnsi="Arial" w:cs="Arial"/>
          <w:b/>
          <w:bCs/>
          <w:sz w:val="20"/>
          <w:szCs w:val="20"/>
          <w:lang w:val="pl-PL"/>
        </w:rPr>
        <w:t>Doba realizace díla (v kalendářních dnech</w:t>
      </w:r>
      <w:r w:rsidR="00C57510" w:rsidRPr="003B1C1F">
        <w:rPr>
          <w:rFonts w:ascii="Arial" w:hAnsi="Arial" w:cs="Arial"/>
          <w:b/>
          <w:bCs/>
          <w:color w:val="000000"/>
          <w:sz w:val="20"/>
          <w:szCs w:val="20"/>
          <w:lang w:val="pl-PL"/>
        </w:rPr>
        <w:t>)</w:t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 xml:space="preserve">:     </w:t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ab/>
        <w:t xml:space="preserve">        …………………….</w:t>
      </w:r>
    </w:p>
    <w:p w14:paraId="6EF3B30D" w14:textId="1104ED17" w:rsidR="00C57510" w:rsidRPr="003B1C1F" w:rsidRDefault="003B1C1F" w:rsidP="00C57510">
      <w:pPr>
        <w:rPr>
          <w:rFonts w:ascii="Arial" w:hAnsi="Arial" w:cs="Arial"/>
          <w:b/>
          <w:bCs/>
          <w:sz w:val="20"/>
          <w:szCs w:val="20"/>
          <w:lang w:val="pl-PL"/>
        </w:rPr>
      </w:pPr>
      <w:r w:rsidRPr="003B1C1F">
        <w:rPr>
          <w:rFonts w:ascii="Arial" w:hAnsi="Arial" w:cs="Arial"/>
          <w:b/>
          <w:bCs/>
          <w:sz w:val="20"/>
          <w:szCs w:val="20"/>
          <w:lang w:val="pl-PL"/>
        </w:rPr>
        <w:t>Referenční listy z obdobných realizací (ks)</w:t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 xml:space="preserve">:   </w:t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ab/>
        <w:t xml:space="preserve">        …………………….</w:t>
      </w:r>
    </w:p>
    <w:p w14:paraId="1628EB8B" w14:textId="60537A97" w:rsidR="00C57510" w:rsidRPr="003B1C1F" w:rsidRDefault="003B1C1F" w:rsidP="00C57510">
      <w:pPr>
        <w:rPr>
          <w:rFonts w:ascii="Arial" w:hAnsi="Arial" w:cs="Arial"/>
          <w:b/>
          <w:bCs/>
          <w:sz w:val="20"/>
          <w:szCs w:val="20"/>
          <w:lang w:val="pl-PL"/>
        </w:rPr>
      </w:pPr>
      <w:r w:rsidRPr="003B1C1F">
        <w:rPr>
          <w:rFonts w:ascii="Arial" w:hAnsi="Arial" w:cs="Arial"/>
          <w:b/>
          <w:bCs/>
          <w:sz w:val="20"/>
          <w:szCs w:val="20"/>
          <w:lang w:val="pl-PL"/>
        </w:rPr>
        <w:t xml:space="preserve">Materiál lepší kvality vodovodního potrubí - nerez </w:t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 xml:space="preserve">(ano, ne):  </w:t>
      </w:r>
      <w:r w:rsidR="00C57510" w:rsidRPr="003B1C1F">
        <w:rPr>
          <w:rFonts w:ascii="Arial" w:hAnsi="Arial" w:cs="Arial"/>
          <w:b/>
          <w:bCs/>
          <w:sz w:val="20"/>
          <w:szCs w:val="20"/>
          <w:lang w:val="pl-PL"/>
        </w:rPr>
        <w:tab/>
        <w:t xml:space="preserve">        …………………….</w:t>
      </w:r>
    </w:p>
    <w:p w14:paraId="0E8FFDC6" w14:textId="77777777" w:rsidR="003B1C1F" w:rsidRPr="00A327F8" w:rsidRDefault="003B1C1F" w:rsidP="00C57510">
      <w:pPr>
        <w:rPr>
          <w:rFonts w:ascii="Arial" w:hAnsi="Arial" w:cs="Arial"/>
          <w:b/>
          <w:bCs/>
          <w:sz w:val="20"/>
          <w:szCs w:val="20"/>
          <w:lang w:val="pl-PL"/>
        </w:rPr>
      </w:pPr>
      <w:r w:rsidRPr="00A327F8">
        <w:rPr>
          <w:rFonts w:ascii="Arial" w:hAnsi="Arial" w:cs="Arial"/>
          <w:b/>
          <w:bCs/>
          <w:sz w:val="20"/>
          <w:szCs w:val="20"/>
          <w:lang w:val="pl-PL"/>
        </w:rPr>
        <w:t>Počet zaměstnanců na dělnické pozici s dokladem o proškolení</w:t>
      </w:r>
    </w:p>
    <w:p w14:paraId="4FE95C38" w14:textId="164DDE40" w:rsidR="007D0557" w:rsidRDefault="003B1C1F" w:rsidP="00C57510">
      <w:pPr>
        <w:rPr>
          <w:rFonts w:ascii="Arial" w:hAnsi="Arial" w:cs="Arial"/>
          <w:b/>
          <w:bCs/>
          <w:sz w:val="20"/>
          <w:szCs w:val="20"/>
          <w:lang w:val="pl-PL"/>
        </w:rPr>
      </w:pPr>
      <w:r w:rsidRPr="00A327F8">
        <w:rPr>
          <w:rFonts w:ascii="Arial" w:hAnsi="Arial" w:cs="Arial"/>
          <w:b/>
          <w:bCs/>
          <w:sz w:val="20"/>
          <w:szCs w:val="20"/>
          <w:lang w:val="pl-PL"/>
        </w:rPr>
        <w:t>pracovníka ve svařování / lisování potrubí.</w:t>
      </w:r>
      <w:r w:rsidR="00C57510" w:rsidRPr="00A327F8">
        <w:rPr>
          <w:rFonts w:ascii="Arial" w:hAnsi="Arial" w:cs="Arial"/>
          <w:b/>
          <w:bCs/>
          <w:sz w:val="20"/>
          <w:szCs w:val="20"/>
          <w:lang w:val="pl-PL"/>
        </w:rPr>
        <w:t xml:space="preserve">:   </w:t>
      </w:r>
      <w:r w:rsidR="00A327F8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="00A327F8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="00A327F8">
        <w:rPr>
          <w:rFonts w:ascii="Arial" w:hAnsi="Arial" w:cs="Arial"/>
          <w:b/>
          <w:bCs/>
          <w:sz w:val="20"/>
          <w:szCs w:val="20"/>
          <w:lang w:val="pl-PL"/>
        </w:rPr>
        <w:tab/>
      </w:r>
      <w:r w:rsidR="00A327F8">
        <w:rPr>
          <w:rFonts w:ascii="Arial" w:hAnsi="Arial" w:cs="Arial"/>
          <w:b/>
          <w:bCs/>
          <w:sz w:val="20"/>
          <w:szCs w:val="20"/>
          <w:lang w:val="pl-PL"/>
        </w:rPr>
        <w:tab/>
        <w:t xml:space="preserve">        </w:t>
      </w:r>
      <w:r w:rsidR="00C57510" w:rsidRPr="00A327F8">
        <w:rPr>
          <w:rFonts w:ascii="Arial" w:hAnsi="Arial" w:cs="Arial"/>
          <w:b/>
          <w:bCs/>
          <w:sz w:val="20"/>
          <w:szCs w:val="20"/>
          <w:lang w:val="pl-PL"/>
        </w:rPr>
        <w:t>…………………….</w:t>
      </w:r>
    </w:p>
    <w:p w14:paraId="2EEA07DD" w14:textId="77777777" w:rsidR="002E29B7" w:rsidRDefault="002E29B7" w:rsidP="002E29B7">
      <w:pPr>
        <w:spacing w:after="160" w:line="278" w:lineRule="auto"/>
        <w:rPr>
          <w:rFonts w:ascii="Arial" w:hAnsi="Arial" w:cs="Arial"/>
          <w:b/>
          <w:bCs/>
          <w:sz w:val="20"/>
          <w:szCs w:val="20"/>
          <w:lang w:val="pl-PL"/>
        </w:rPr>
      </w:pPr>
    </w:p>
    <w:p w14:paraId="226B40B7" w14:textId="77777777" w:rsidR="002E29B7" w:rsidRDefault="002E29B7" w:rsidP="002E29B7">
      <w:pPr>
        <w:spacing w:after="160" w:line="278" w:lineRule="auto"/>
        <w:rPr>
          <w:rFonts w:ascii="Arial" w:hAnsi="Arial" w:cs="Arial"/>
          <w:b/>
          <w:bCs/>
          <w:sz w:val="20"/>
          <w:szCs w:val="20"/>
          <w:lang w:val="pl-PL"/>
        </w:rPr>
      </w:pPr>
    </w:p>
    <w:p w14:paraId="638EB7C2" w14:textId="77777777" w:rsidR="002E29B7" w:rsidRDefault="002E29B7" w:rsidP="002E29B7">
      <w:pPr>
        <w:spacing w:after="160" w:line="278" w:lineRule="auto"/>
        <w:rPr>
          <w:rFonts w:ascii="Arial" w:hAnsi="Arial" w:cs="Arial"/>
          <w:b/>
          <w:bCs/>
          <w:sz w:val="20"/>
          <w:szCs w:val="20"/>
          <w:lang w:val="pl-PL"/>
        </w:rPr>
      </w:pPr>
    </w:p>
    <w:p w14:paraId="4613C29C" w14:textId="77777777" w:rsidR="002E29B7" w:rsidRDefault="002E29B7" w:rsidP="002E29B7">
      <w:pPr>
        <w:spacing w:after="160" w:line="278" w:lineRule="auto"/>
        <w:rPr>
          <w:rFonts w:ascii="Arial" w:hAnsi="Arial" w:cs="Arial"/>
          <w:b/>
          <w:bCs/>
          <w:sz w:val="20"/>
          <w:szCs w:val="20"/>
          <w:lang w:val="pl-PL"/>
        </w:rPr>
      </w:pPr>
    </w:p>
    <w:p w14:paraId="3482B628" w14:textId="77777777" w:rsidR="002E29B7" w:rsidRDefault="002E29B7" w:rsidP="002E29B7">
      <w:pPr>
        <w:spacing w:after="160" w:line="278" w:lineRule="auto"/>
        <w:rPr>
          <w:rFonts w:ascii="Arial" w:hAnsi="Arial" w:cs="Arial"/>
          <w:b/>
          <w:bCs/>
          <w:sz w:val="20"/>
          <w:szCs w:val="20"/>
          <w:lang w:val="pl-PL"/>
        </w:rPr>
      </w:pPr>
    </w:p>
    <w:p w14:paraId="1884DD20" w14:textId="0674EF52" w:rsidR="002E29B7" w:rsidRPr="003F4AB7" w:rsidRDefault="002E29B7" w:rsidP="002E29B7">
      <w:pPr>
        <w:spacing w:after="160" w:line="278" w:lineRule="auto"/>
        <w:rPr>
          <w:rFonts w:ascii="Arial" w:hAnsi="Arial" w:cs="Arial"/>
          <w:b/>
          <w:bCs/>
          <w:sz w:val="20"/>
          <w:szCs w:val="20"/>
          <w:lang w:val="pl-PL"/>
        </w:rPr>
      </w:pPr>
      <w:r w:rsidRPr="003F4AB7">
        <w:rPr>
          <w:rFonts w:ascii="Arial" w:hAnsi="Arial" w:cs="Arial"/>
          <w:b/>
          <w:bCs/>
          <w:sz w:val="20"/>
          <w:szCs w:val="20"/>
          <w:lang w:val="pl-PL"/>
        </w:rPr>
        <w:t xml:space="preserve">Specifikace </w:t>
      </w:r>
      <w:r w:rsidRPr="007150F4">
        <w:rPr>
          <w:rFonts w:ascii="Arial" w:hAnsi="Arial" w:cs="Arial"/>
          <w:b/>
          <w:bCs/>
          <w:sz w:val="20"/>
          <w:szCs w:val="20"/>
          <w:u w:val="single"/>
          <w:lang w:val="pl-PL"/>
        </w:rPr>
        <w:t>orientačních</w:t>
      </w:r>
      <w:r w:rsidRPr="003F4AB7">
        <w:rPr>
          <w:rFonts w:ascii="Arial" w:hAnsi="Arial" w:cs="Arial"/>
          <w:b/>
          <w:bCs/>
          <w:sz w:val="20"/>
          <w:szCs w:val="20"/>
          <w:lang w:val="pl-PL"/>
        </w:rPr>
        <w:t xml:space="preserve"> nákladů za stavební práce na neveřejné části:</w:t>
      </w:r>
    </w:p>
    <w:p w14:paraId="3C23DCEE" w14:textId="77777777" w:rsidR="002E29B7" w:rsidRPr="003F4AB7" w:rsidRDefault="002E29B7" w:rsidP="002E29B7">
      <w:pPr>
        <w:rPr>
          <w:rFonts w:ascii="Arial" w:hAnsi="Arial" w:cs="Arial"/>
          <w:sz w:val="20"/>
          <w:szCs w:val="20"/>
          <w:lang w:val="pl-PL"/>
        </w:rPr>
      </w:pPr>
      <w:r w:rsidRPr="003F4AB7">
        <w:rPr>
          <w:rFonts w:ascii="Arial" w:hAnsi="Arial" w:cs="Arial"/>
          <w:b/>
          <w:bCs/>
          <w:sz w:val="20"/>
          <w:szCs w:val="20"/>
          <w:lang w:val="pl-PL"/>
        </w:rPr>
        <w:t>Demontáž a montáž zazděného WC modulu</w:t>
      </w:r>
      <w:r w:rsidRPr="003F4AB7">
        <w:rPr>
          <w:rFonts w:ascii="Arial" w:hAnsi="Arial" w:cs="Arial"/>
          <w:sz w:val="20"/>
          <w:szCs w:val="20"/>
          <w:lang w:val="pl-PL"/>
        </w:rPr>
        <w:tab/>
      </w:r>
      <w:r w:rsidRPr="003F4AB7">
        <w:rPr>
          <w:rFonts w:ascii="Arial" w:hAnsi="Arial" w:cs="Arial"/>
          <w:sz w:val="20"/>
          <w:szCs w:val="20"/>
          <w:lang w:val="pl-PL"/>
        </w:rPr>
        <w:tab/>
      </w:r>
      <w:r w:rsidRPr="003F4AB7">
        <w:rPr>
          <w:rFonts w:ascii="Arial" w:hAnsi="Arial" w:cs="Arial"/>
          <w:sz w:val="20"/>
          <w:szCs w:val="20"/>
          <w:lang w:val="pl-PL"/>
        </w:rPr>
        <w:tab/>
      </w:r>
      <w:r w:rsidRPr="003F4AB7">
        <w:rPr>
          <w:rFonts w:ascii="Arial" w:hAnsi="Arial" w:cs="Arial"/>
          <w:sz w:val="20"/>
          <w:szCs w:val="20"/>
          <w:lang w:val="pl-PL"/>
        </w:rPr>
        <w:tab/>
      </w:r>
      <w:r>
        <w:rPr>
          <w:rFonts w:ascii="Arial" w:hAnsi="Arial" w:cs="Arial"/>
          <w:sz w:val="20"/>
          <w:szCs w:val="20"/>
          <w:lang w:val="pl-PL"/>
        </w:rPr>
        <w:t xml:space="preserve">         </w:t>
      </w:r>
      <w:r w:rsidRPr="003F4AB7">
        <w:rPr>
          <w:rFonts w:ascii="Arial" w:hAnsi="Arial" w:cs="Arial"/>
          <w:sz w:val="20"/>
          <w:szCs w:val="20"/>
          <w:lang w:val="pl-PL"/>
        </w:rPr>
        <w:t>__________Kč</w:t>
      </w:r>
    </w:p>
    <w:p w14:paraId="46DF7B2A" w14:textId="77777777" w:rsidR="002E29B7" w:rsidRPr="003F4AB7" w:rsidRDefault="002E29B7" w:rsidP="002E29B7">
      <w:pPr>
        <w:rPr>
          <w:rFonts w:ascii="Arial" w:hAnsi="Arial" w:cs="Arial"/>
          <w:sz w:val="20"/>
          <w:szCs w:val="20"/>
          <w:lang w:val="pl-PL"/>
        </w:rPr>
      </w:pPr>
      <w:r w:rsidRPr="003F4AB7">
        <w:rPr>
          <w:rFonts w:ascii="Arial" w:hAnsi="Arial" w:cs="Arial"/>
          <w:b/>
          <w:bCs/>
          <w:sz w:val="20"/>
          <w:szCs w:val="20"/>
          <w:lang w:val="pl-PL"/>
        </w:rPr>
        <w:t>Demontáž a montáž WC modulu opláštěného SDK</w:t>
      </w:r>
      <w:r w:rsidRPr="003F4AB7">
        <w:rPr>
          <w:rFonts w:ascii="Arial" w:hAnsi="Arial" w:cs="Arial"/>
          <w:sz w:val="20"/>
          <w:szCs w:val="20"/>
          <w:lang w:val="pl-PL"/>
        </w:rPr>
        <w:tab/>
      </w:r>
      <w:r w:rsidRPr="003F4AB7">
        <w:rPr>
          <w:rFonts w:ascii="Arial" w:hAnsi="Arial" w:cs="Arial"/>
          <w:sz w:val="20"/>
          <w:szCs w:val="20"/>
          <w:lang w:val="pl-PL"/>
        </w:rPr>
        <w:tab/>
      </w:r>
      <w:r w:rsidRPr="003F4AB7">
        <w:rPr>
          <w:rFonts w:ascii="Arial" w:hAnsi="Arial" w:cs="Arial"/>
          <w:sz w:val="20"/>
          <w:szCs w:val="20"/>
          <w:lang w:val="pl-PL"/>
        </w:rPr>
        <w:tab/>
      </w:r>
      <w:r>
        <w:rPr>
          <w:rFonts w:ascii="Arial" w:hAnsi="Arial" w:cs="Arial"/>
          <w:sz w:val="20"/>
          <w:szCs w:val="20"/>
          <w:lang w:val="pl-PL"/>
        </w:rPr>
        <w:t xml:space="preserve">         </w:t>
      </w:r>
      <w:r w:rsidRPr="003F4AB7">
        <w:rPr>
          <w:rFonts w:ascii="Arial" w:hAnsi="Arial" w:cs="Arial"/>
          <w:sz w:val="20"/>
          <w:szCs w:val="20"/>
          <w:lang w:val="pl-PL"/>
        </w:rPr>
        <w:t>__________Kč</w:t>
      </w:r>
    </w:p>
    <w:p w14:paraId="0684D8E5" w14:textId="77777777" w:rsidR="002E29B7" w:rsidRPr="003F4AB7" w:rsidRDefault="002E29B7" w:rsidP="002E29B7">
      <w:pPr>
        <w:rPr>
          <w:rFonts w:ascii="Arial" w:hAnsi="Arial" w:cs="Arial"/>
          <w:sz w:val="20"/>
          <w:szCs w:val="20"/>
          <w:lang w:val="pl-PL"/>
        </w:rPr>
      </w:pPr>
      <w:r w:rsidRPr="003F4AB7">
        <w:rPr>
          <w:rFonts w:ascii="Arial" w:hAnsi="Arial" w:cs="Arial"/>
          <w:b/>
          <w:bCs/>
          <w:sz w:val="20"/>
          <w:szCs w:val="20"/>
          <w:lang w:val="pl-PL"/>
        </w:rPr>
        <w:t>Nové rozvody vody z PPR v 1 bytě vč. izolace potrubí</w:t>
      </w:r>
      <w:r w:rsidRPr="003F4AB7">
        <w:rPr>
          <w:rFonts w:ascii="Arial" w:hAnsi="Arial" w:cs="Arial"/>
          <w:sz w:val="20"/>
          <w:szCs w:val="20"/>
          <w:lang w:val="pl-PL"/>
        </w:rPr>
        <w:t xml:space="preserve"> </w:t>
      </w:r>
      <w:r w:rsidRPr="003F4AB7">
        <w:rPr>
          <w:rFonts w:ascii="Arial" w:hAnsi="Arial" w:cs="Arial"/>
          <w:sz w:val="20"/>
          <w:szCs w:val="20"/>
          <w:lang w:val="pl-PL"/>
        </w:rPr>
        <w:tab/>
      </w:r>
      <w:r w:rsidRPr="003F4AB7">
        <w:rPr>
          <w:rFonts w:ascii="Arial" w:hAnsi="Arial" w:cs="Arial"/>
          <w:sz w:val="20"/>
          <w:szCs w:val="20"/>
          <w:lang w:val="pl-PL"/>
        </w:rPr>
        <w:tab/>
      </w:r>
      <w:r>
        <w:rPr>
          <w:rFonts w:ascii="Arial" w:hAnsi="Arial" w:cs="Arial"/>
          <w:sz w:val="20"/>
          <w:szCs w:val="20"/>
          <w:lang w:val="pl-PL"/>
        </w:rPr>
        <w:t xml:space="preserve">         </w:t>
      </w:r>
      <w:r w:rsidRPr="003F4AB7">
        <w:rPr>
          <w:rFonts w:ascii="Arial" w:hAnsi="Arial" w:cs="Arial"/>
          <w:sz w:val="20"/>
          <w:szCs w:val="20"/>
          <w:lang w:val="pl-PL"/>
        </w:rPr>
        <w:t>__________Kč/m</w:t>
      </w:r>
    </w:p>
    <w:p w14:paraId="31818C7A" w14:textId="77777777" w:rsidR="002E29B7" w:rsidRPr="003F4AB7" w:rsidRDefault="002E29B7" w:rsidP="002E29B7">
      <w:pPr>
        <w:rPr>
          <w:rFonts w:ascii="Arial" w:hAnsi="Arial" w:cs="Arial"/>
          <w:sz w:val="20"/>
          <w:szCs w:val="20"/>
          <w:lang w:val="pl-PL"/>
        </w:rPr>
      </w:pPr>
      <w:r w:rsidRPr="003F4AB7">
        <w:rPr>
          <w:rFonts w:ascii="Arial" w:hAnsi="Arial" w:cs="Arial"/>
          <w:b/>
          <w:bCs/>
          <w:sz w:val="20"/>
          <w:szCs w:val="20"/>
          <w:lang w:val="pl-PL"/>
        </w:rPr>
        <w:t>Nové rozvody kanalizace z PVC-HT v 1 bytě</w:t>
      </w:r>
      <w:r w:rsidRPr="003F4AB7">
        <w:rPr>
          <w:rFonts w:ascii="Arial" w:hAnsi="Arial" w:cs="Arial"/>
          <w:sz w:val="20"/>
          <w:szCs w:val="20"/>
          <w:lang w:val="pl-PL"/>
        </w:rPr>
        <w:tab/>
      </w:r>
      <w:r w:rsidRPr="003F4AB7">
        <w:rPr>
          <w:rFonts w:ascii="Arial" w:hAnsi="Arial" w:cs="Arial"/>
          <w:sz w:val="20"/>
          <w:szCs w:val="20"/>
          <w:lang w:val="pl-PL"/>
        </w:rPr>
        <w:tab/>
      </w:r>
      <w:r w:rsidRPr="003F4AB7">
        <w:rPr>
          <w:rFonts w:ascii="Arial" w:hAnsi="Arial" w:cs="Arial"/>
          <w:sz w:val="20"/>
          <w:szCs w:val="20"/>
          <w:lang w:val="pl-PL"/>
        </w:rPr>
        <w:tab/>
      </w:r>
      <w:r>
        <w:rPr>
          <w:rFonts w:ascii="Arial" w:hAnsi="Arial" w:cs="Arial"/>
          <w:sz w:val="20"/>
          <w:szCs w:val="20"/>
          <w:lang w:val="pl-PL"/>
        </w:rPr>
        <w:tab/>
        <w:t xml:space="preserve">         </w:t>
      </w:r>
      <w:r w:rsidRPr="003F4AB7">
        <w:rPr>
          <w:rFonts w:ascii="Arial" w:hAnsi="Arial" w:cs="Arial"/>
          <w:sz w:val="20"/>
          <w:szCs w:val="20"/>
          <w:lang w:val="pl-PL"/>
        </w:rPr>
        <w:t>__________Kč/m</w:t>
      </w:r>
    </w:p>
    <w:p w14:paraId="51F70281" w14:textId="689711C1" w:rsidR="002E29B7" w:rsidRPr="003F4AB7" w:rsidRDefault="005B13DE" w:rsidP="002E29B7">
      <w:pPr>
        <w:rPr>
          <w:rFonts w:ascii="Arial" w:hAnsi="Arial" w:cs="Arial"/>
          <w:b/>
          <w:sz w:val="20"/>
          <w:szCs w:val="20"/>
          <w:lang w:val="pl-PL"/>
        </w:rPr>
      </w:pPr>
      <w:r w:rsidRPr="003F4AB7">
        <w:rPr>
          <w:rFonts w:ascii="Arial" w:hAnsi="Arial" w:cs="Arial"/>
          <w:b/>
          <w:bCs/>
          <w:sz w:val="20"/>
          <w:szCs w:val="20"/>
          <w:lang w:val="pl-PL"/>
        </w:rPr>
        <w:t>Provedení ker. obkladu zadní stěny WC</w:t>
      </w:r>
      <w:r>
        <w:rPr>
          <w:rFonts w:ascii="Arial" w:hAnsi="Arial" w:cs="Arial"/>
          <w:b/>
          <w:bCs/>
          <w:sz w:val="20"/>
          <w:szCs w:val="20"/>
          <w:lang w:val="pl-PL"/>
        </w:rPr>
        <w:t xml:space="preserve"> (včetně spárování a tmelení)</w:t>
      </w:r>
      <w:r w:rsidRPr="003F4AB7">
        <w:rPr>
          <w:rFonts w:ascii="Arial" w:hAnsi="Arial" w:cs="Arial"/>
          <w:sz w:val="20"/>
          <w:szCs w:val="20"/>
          <w:lang w:val="pl-PL"/>
        </w:rPr>
        <w:tab/>
      </w:r>
      <w:r>
        <w:rPr>
          <w:rFonts w:ascii="Arial" w:hAnsi="Arial" w:cs="Arial"/>
          <w:sz w:val="20"/>
          <w:szCs w:val="20"/>
          <w:lang w:val="pl-PL"/>
        </w:rPr>
        <w:t xml:space="preserve">         </w:t>
      </w:r>
      <w:r w:rsidR="002E29B7" w:rsidRPr="003F4AB7">
        <w:rPr>
          <w:rFonts w:ascii="Arial" w:hAnsi="Arial" w:cs="Arial"/>
          <w:sz w:val="20"/>
          <w:szCs w:val="20"/>
          <w:lang w:val="pl-PL"/>
        </w:rPr>
        <w:t>__________Kč/m</w:t>
      </w:r>
      <w:r w:rsidR="002E29B7" w:rsidRPr="003F4AB7">
        <w:rPr>
          <w:rFonts w:ascii="Arial" w:hAnsi="Arial" w:cs="Arial"/>
          <w:sz w:val="20"/>
          <w:szCs w:val="20"/>
          <w:vertAlign w:val="superscript"/>
          <w:lang w:val="pl-PL"/>
        </w:rPr>
        <w:t>2</w:t>
      </w:r>
    </w:p>
    <w:p w14:paraId="0C27F512" w14:textId="77777777" w:rsidR="002E29B7" w:rsidRPr="002E29B7" w:rsidRDefault="002E29B7" w:rsidP="002E29B7">
      <w:pPr>
        <w:rPr>
          <w:rFonts w:ascii="Arial" w:hAnsi="Arial" w:cs="Arial"/>
          <w:b/>
          <w:sz w:val="20"/>
          <w:szCs w:val="20"/>
          <w:lang w:val="pl-PL"/>
        </w:rPr>
      </w:pPr>
    </w:p>
    <w:p w14:paraId="73F15DB9" w14:textId="77777777" w:rsidR="002E29B7" w:rsidRPr="002E29B7" w:rsidRDefault="002E29B7" w:rsidP="002E29B7">
      <w:pPr>
        <w:rPr>
          <w:rFonts w:ascii="Arial" w:hAnsi="Arial" w:cs="Arial"/>
          <w:bCs/>
          <w:sz w:val="20"/>
          <w:szCs w:val="20"/>
          <w:lang w:val="pl-PL"/>
        </w:rPr>
      </w:pPr>
    </w:p>
    <w:p w14:paraId="0DA5662A" w14:textId="77777777" w:rsidR="002E29B7" w:rsidRPr="002E29B7" w:rsidRDefault="002E29B7" w:rsidP="002E29B7">
      <w:pPr>
        <w:rPr>
          <w:rFonts w:ascii="Arial" w:hAnsi="Arial" w:cs="Arial"/>
          <w:bCs/>
          <w:sz w:val="20"/>
          <w:szCs w:val="20"/>
          <w:lang w:val="pl-PL"/>
        </w:rPr>
      </w:pPr>
      <w:r w:rsidRPr="002E29B7">
        <w:rPr>
          <w:rFonts w:ascii="Arial" w:hAnsi="Arial" w:cs="Arial"/>
          <w:bCs/>
          <w:sz w:val="20"/>
          <w:szCs w:val="20"/>
          <w:lang w:val="pl-PL"/>
        </w:rPr>
        <w:t>Přílohou budou doloženy doklady ke splnění kvalifikačních kritérií.</w:t>
      </w:r>
    </w:p>
    <w:p w14:paraId="1D4D18B9" w14:textId="77777777" w:rsidR="002E29B7" w:rsidRPr="002E29B7" w:rsidRDefault="002E29B7" w:rsidP="002E29B7">
      <w:pPr>
        <w:rPr>
          <w:rFonts w:ascii="Arial" w:hAnsi="Arial" w:cs="Arial"/>
          <w:bCs/>
          <w:sz w:val="20"/>
          <w:szCs w:val="20"/>
          <w:lang w:val="pl-PL"/>
        </w:rPr>
      </w:pPr>
    </w:p>
    <w:p w14:paraId="31BA4547" w14:textId="77777777" w:rsidR="002E29B7" w:rsidRPr="002E29B7" w:rsidRDefault="002E29B7" w:rsidP="002E29B7">
      <w:pPr>
        <w:rPr>
          <w:rFonts w:ascii="Arial" w:hAnsi="Arial" w:cs="Arial"/>
          <w:bCs/>
          <w:sz w:val="20"/>
          <w:szCs w:val="20"/>
          <w:lang w:val="pl-PL"/>
        </w:rPr>
      </w:pPr>
    </w:p>
    <w:p w14:paraId="520086FD" w14:textId="77777777" w:rsidR="002E29B7" w:rsidRPr="002E29B7" w:rsidRDefault="002E29B7" w:rsidP="002E29B7">
      <w:pPr>
        <w:rPr>
          <w:rFonts w:ascii="Arial" w:hAnsi="Arial" w:cs="Arial"/>
          <w:sz w:val="20"/>
          <w:szCs w:val="20"/>
          <w:lang w:val="pl-PL"/>
        </w:rPr>
      </w:pPr>
      <w:r w:rsidRPr="002E29B7">
        <w:rPr>
          <w:rFonts w:ascii="Arial" w:hAnsi="Arial" w:cs="Arial"/>
          <w:sz w:val="20"/>
          <w:szCs w:val="20"/>
          <w:lang w:val="pl-PL"/>
        </w:rPr>
        <w:t>V ………….. dne…………...2026</w:t>
      </w:r>
    </w:p>
    <w:p w14:paraId="48BBEC8C" w14:textId="6E35943D" w:rsidR="007D0557" w:rsidRPr="0034453D" w:rsidRDefault="009E3040">
      <w:pPr>
        <w:rPr>
          <w:rFonts w:ascii="Arial" w:hAnsi="Arial" w:cs="Arial"/>
          <w:sz w:val="20"/>
          <w:szCs w:val="20"/>
          <w:lang w:val="pl-PL"/>
        </w:rPr>
      </w:pPr>
      <w:r w:rsidRPr="0034453D">
        <w:rPr>
          <w:rFonts w:ascii="Arial" w:hAnsi="Arial" w:cs="Arial"/>
          <w:sz w:val="20"/>
          <w:szCs w:val="20"/>
          <w:lang w:val="pl-PL"/>
        </w:rPr>
        <w:t xml:space="preserve">  </w:t>
      </w:r>
    </w:p>
    <w:p w14:paraId="11FF29C3" w14:textId="30586124" w:rsidR="00D74781" w:rsidRPr="00C441DD" w:rsidRDefault="0020075C">
      <w:pPr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</w:t>
      </w:r>
      <w:r w:rsidR="00462753">
        <w:rPr>
          <w:lang w:val="pl-PL"/>
        </w:rPr>
        <w:t xml:space="preserve"> </w:t>
      </w:r>
      <w:r w:rsidRPr="00462753">
        <w:rPr>
          <w:rFonts w:ascii="Arial" w:hAnsi="Arial" w:cs="Arial"/>
          <w:sz w:val="20"/>
          <w:szCs w:val="20"/>
          <w:lang w:val="pl-PL"/>
        </w:rPr>
        <w:t>..........................................</w:t>
      </w:r>
      <w:r w:rsidRPr="00C441DD">
        <w:rPr>
          <w:lang w:val="pl-PL"/>
        </w:rPr>
        <w:br/>
      </w:r>
      <w:r w:rsidRPr="009E3040">
        <w:rPr>
          <w:rFonts w:ascii="Arial" w:hAnsi="Arial" w:cs="Arial"/>
          <w:lang w:val="pl-PL"/>
        </w:rPr>
        <w:t xml:space="preserve">                                                                                                </w:t>
      </w:r>
      <w:r w:rsidRPr="0034453D">
        <w:rPr>
          <w:rFonts w:ascii="Arial" w:hAnsi="Arial" w:cs="Arial"/>
          <w:sz w:val="20"/>
          <w:szCs w:val="20"/>
          <w:lang w:val="pl-PL"/>
        </w:rPr>
        <w:t>razítko a</w:t>
      </w:r>
      <w:r w:rsidR="009E3040" w:rsidRPr="0034453D">
        <w:rPr>
          <w:rFonts w:ascii="Arial" w:hAnsi="Arial" w:cs="Arial"/>
          <w:sz w:val="20"/>
          <w:szCs w:val="20"/>
          <w:lang w:val="pl-PL"/>
        </w:rPr>
        <w:t xml:space="preserve"> </w:t>
      </w:r>
      <w:r w:rsidRPr="0034453D">
        <w:rPr>
          <w:rFonts w:ascii="Arial" w:hAnsi="Arial" w:cs="Arial"/>
          <w:sz w:val="20"/>
          <w:szCs w:val="20"/>
          <w:lang w:val="pl-PL"/>
        </w:rPr>
        <w:t>podpis účastníka</w:t>
      </w:r>
    </w:p>
    <w:sectPr w:rsidR="00D74781" w:rsidRPr="00C441DD" w:rsidSect="00C441DD">
      <w:pgSz w:w="12240" w:h="15840"/>
      <w:pgMar w:top="851" w:right="18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6CB413D"/>
    <w:multiLevelType w:val="hybridMultilevel"/>
    <w:tmpl w:val="48D0A0F0"/>
    <w:lvl w:ilvl="0" w:tplc="6A3291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69698">
    <w:abstractNumId w:val="8"/>
  </w:num>
  <w:num w:numId="2" w16cid:durableId="1079789646">
    <w:abstractNumId w:val="6"/>
  </w:num>
  <w:num w:numId="3" w16cid:durableId="34039015">
    <w:abstractNumId w:val="5"/>
  </w:num>
  <w:num w:numId="4" w16cid:durableId="793446152">
    <w:abstractNumId w:val="4"/>
  </w:num>
  <w:num w:numId="5" w16cid:durableId="28923298">
    <w:abstractNumId w:val="7"/>
  </w:num>
  <w:num w:numId="6" w16cid:durableId="1148865469">
    <w:abstractNumId w:val="3"/>
  </w:num>
  <w:num w:numId="7" w16cid:durableId="1007750901">
    <w:abstractNumId w:val="2"/>
  </w:num>
  <w:num w:numId="8" w16cid:durableId="542519320">
    <w:abstractNumId w:val="1"/>
  </w:num>
  <w:num w:numId="9" w16cid:durableId="1365643150">
    <w:abstractNumId w:val="0"/>
  </w:num>
  <w:num w:numId="10" w16cid:durableId="13781234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A2E"/>
    <w:rsid w:val="000D5096"/>
    <w:rsid w:val="0015074B"/>
    <w:rsid w:val="001B6AA1"/>
    <w:rsid w:val="001F5A07"/>
    <w:rsid w:val="0020075C"/>
    <w:rsid w:val="00245963"/>
    <w:rsid w:val="00250AF6"/>
    <w:rsid w:val="00270A2F"/>
    <w:rsid w:val="00275ED9"/>
    <w:rsid w:val="002770D5"/>
    <w:rsid w:val="0029639D"/>
    <w:rsid w:val="002C150F"/>
    <w:rsid w:val="002E29B7"/>
    <w:rsid w:val="002F083E"/>
    <w:rsid w:val="00326F90"/>
    <w:rsid w:val="0034453D"/>
    <w:rsid w:val="003B1C1F"/>
    <w:rsid w:val="003E79FC"/>
    <w:rsid w:val="003F1231"/>
    <w:rsid w:val="003F4AB7"/>
    <w:rsid w:val="00462753"/>
    <w:rsid w:val="004845B6"/>
    <w:rsid w:val="00500F6F"/>
    <w:rsid w:val="00547EE8"/>
    <w:rsid w:val="00567233"/>
    <w:rsid w:val="00575475"/>
    <w:rsid w:val="00581E71"/>
    <w:rsid w:val="00597462"/>
    <w:rsid w:val="005B13DE"/>
    <w:rsid w:val="005B535F"/>
    <w:rsid w:val="0061762C"/>
    <w:rsid w:val="00683A3F"/>
    <w:rsid w:val="00714D56"/>
    <w:rsid w:val="007150F4"/>
    <w:rsid w:val="00716ADE"/>
    <w:rsid w:val="0072465B"/>
    <w:rsid w:val="007663A1"/>
    <w:rsid w:val="00767210"/>
    <w:rsid w:val="007D0557"/>
    <w:rsid w:val="0084754F"/>
    <w:rsid w:val="008E410C"/>
    <w:rsid w:val="00922690"/>
    <w:rsid w:val="00967E83"/>
    <w:rsid w:val="009D62F9"/>
    <w:rsid w:val="009E3040"/>
    <w:rsid w:val="009F1C66"/>
    <w:rsid w:val="00A042A1"/>
    <w:rsid w:val="00A327F8"/>
    <w:rsid w:val="00AA1D8D"/>
    <w:rsid w:val="00B04597"/>
    <w:rsid w:val="00B30D96"/>
    <w:rsid w:val="00B4399D"/>
    <w:rsid w:val="00B47730"/>
    <w:rsid w:val="00B64C06"/>
    <w:rsid w:val="00C043AB"/>
    <w:rsid w:val="00C32B79"/>
    <w:rsid w:val="00C441DD"/>
    <w:rsid w:val="00C57510"/>
    <w:rsid w:val="00CB0664"/>
    <w:rsid w:val="00CD1856"/>
    <w:rsid w:val="00CF10CE"/>
    <w:rsid w:val="00D74781"/>
    <w:rsid w:val="00D81F26"/>
    <w:rsid w:val="00E63CEB"/>
    <w:rsid w:val="00EB4203"/>
    <w:rsid w:val="00EE60FD"/>
    <w:rsid w:val="00F35AC7"/>
    <w:rsid w:val="00F62893"/>
    <w:rsid w:val="00F84929"/>
    <w:rsid w:val="00FC693F"/>
    <w:rsid w:val="00FE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E8C60"/>
  <w14:defaultImageDpi w14:val="300"/>
  <w15:docId w15:val="{8C3FCA83-6A43-462F-A33B-ADD792EA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CF10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259</Words>
  <Characters>1532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SBD Havířov</cp:lastModifiedBy>
  <cp:revision>35</cp:revision>
  <cp:lastPrinted>2026-06-03T15:04:00Z</cp:lastPrinted>
  <dcterms:created xsi:type="dcterms:W3CDTF">2013-12-23T23:15:00Z</dcterms:created>
  <dcterms:modified xsi:type="dcterms:W3CDTF">2026-09-07T08:32:00Z</dcterms:modified>
  <cp:category/>
</cp:coreProperties>
</file>