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69BD" w14:textId="35395612" w:rsidR="00D74781" w:rsidRPr="00CF10CE" w:rsidRDefault="001B6AA1" w:rsidP="00500F6F">
      <w:pPr>
        <w:pStyle w:val="Nadpis1"/>
        <w:jc w:val="center"/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ZÁKLADNÍ ÚDAJE O NABÍDCE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č. </w:t>
      </w:r>
      <w:r w:rsidR="007150F4" w:rsidRPr="007150F4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3</w:t>
      </w:r>
      <w:r w:rsidR="007D25BD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8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/2026</w:t>
      </w:r>
    </w:p>
    <w:p w14:paraId="7B05667A" w14:textId="77777777" w:rsidR="00D74781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(KRYCÍ LIST NABÍDKY)</w:t>
      </w:r>
    </w:p>
    <w:p w14:paraId="193948F7" w14:textId="77777777" w:rsidR="00D74781" w:rsidRPr="00C57510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57510">
        <w:rPr>
          <w:rFonts w:ascii="Arial" w:eastAsia="Calibri" w:hAnsi="Arial" w:cs="Arial"/>
          <w:b/>
          <w:sz w:val="36"/>
          <w:szCs w:val="36"/>
          <w:lang w:val="cs-CZ"/>
        </w:rPr>
        <w:t>s názvem:</w:t>
      </w:r>
    </w:p>
    <w:p w14:paraId="6C4A6D24" w14:textId="77777777" w:rsidR="007D25BD" w:rsidRPr="00B2194C" w:rsidRDefault="00CF10CE" w:rsidP="007D25BD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  <w:r w:rsidRPr="00C57510">
        <w:rPr>
          <w:rFonts w:ascii="Arial" w:hAnsi="Arial" w:cs="Arial"/>
          <w:b/>
          <w:sz w:val="36"/>
          <w:szCs w:val="36"/>
        </w:rPr>
        <w:t>„</w:t>
      </w:r>
      <w:r w:rsidR="007D25BD" w:rsidRPr="00B2194C">
        <w:rPr>
          <w:rFonts w:ascii="Arial" w:hAnsi="Arial" w:cs="Arial"/>
          <w:b/>
          <w:sz w:val="36"/>
          <w:szCs w:val="36"/>
        </w:rPr>
        <w:t>Dodávka a montáž videotelefonů bytového domu</w:t>
      </w:r>
    </w:p>
    <w:p w14:paraId="2CF14B9E" w14:textId="7E49F74F" w:rsidR="00CF10CE" w:rsidRDefault="007D25BD" w:rsidP="007D25BD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  <w:r w:rsidRPr="00B2194C">
        <w:rPr>
          <w:rFonts w:ascii="Arial" w:hAnsi="Arial" w:cs="Arial"/>
          <w:b/>
          <w:sz w:val="36"/>
          <w:szCs w:val="36"/>
        </w:rPr>
        <w:t xml:space="preserve"> na ulici Lidická 58, Havířov–Šumbark</w:t>
      </w:r>
      <w:r w:rsidR="00CF10CE" w:rsidRPr="00C57510">
        <w:rPr>
          <w:rFonts w:ascii="Arial" w:hAnsi="Arial" w:cs="Arial"/>
          <w:b/>
          <w:sz w:val="36"/>
          <w:szCs w:val="36"/>
        </w:rPr>
        <w:t>“</w:t>
      </w:r>
    </w:p>
    <w:p w14:paraId="6E701378" w14:textId="77777777" w:rsidR="002E29B7" w:rsidRPr="003F4AB7" w:rsidRDefault="002E29B7" w:rsidP="007D25BD">
      <w:pPr>
        <w:pStyle w:val="Default"/>
        <w:rPr>
          <w:rFonts w:ascii="Arial" w:hAnsi="Arial" w:cs="Arial"/>
          <w:b/>
          <w:sz w:val="16"/>
          <w:szCs w:val="16"/>
        </w:rPr>
      </w:pPr>
    </w:p>
    <w:p w14:paraId="3FEEBB4C" w14:textId="77777777" w:rsidR="00547EE8" w:rsidRDefault="00547EE8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62CC3AD0" w14:textId="77777777" w:rsidR="00C043AB" w:rsidRPr="00C043AB" w:rsidRDefault="00C043AB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9"/>
        <w:gridCol w:w="2546"/>
        <w:gridCol w:w="3261"/>
      </w:tblGrid>
      <w:tr w:rsidR="007D0557" w14:paraId="7F78052F" w14:textId="77777777" w:rsidTr="007D0557">
        <w:tc>
          <w:tcPr>
            <w:tcW w:w="3049" w:type="dxa"/>
          </w:tcPr>
          <w:p w14:paraId="449436B7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F10CE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Identifikační údaje účastníka</w:t>
            </w:r>
            <w:r w:rsidRPr="0083004D">
              <w:rPr>
                <w:rFonts w:ascii="Arial" w:eastAsia="Calibri" w:hAnsi="Arial" w:cs="Arial"/>
                <w:sz w:val="20"/>
                <w:szCs w:val="20"/>
                <w:u w:val="single"/>
              </w:rPr>
              <w:t>:</w:t>
            </w:r>
          </w:p>
        </w:tc>
        <w:tc>
          <w:tcPr>
            <w:tcW w:w="2546" w:type="dxa"/>
          </w:tcPr>
          <w:p w14:paraId="570877E5" w14:textId="77777777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0503D7BC" w14:textId="4CF46661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042A1">
              <w:rPr>
                <w:rFonts w:ascii="Arial" w:eastAsia="Calibri" w:hAnsi="Arial" w:cs="Arial"/>
                <w:bCs/>
                <w:sz w:val="20"/>
                <w:szCs w:val="20"/>
              </w:rPr>
              <w:t>…………....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...........</w:t>
            </w:r>
          </w:p>
        </w:tc>
      </w:tr>
      <w:tr w:rsidR="007D0557" w14:paraId="53143D86" w14:textId="77777777" w:rsidTr="007D0557">
        <w:tc>
          <w:tcPr>
            <w:tcW w:w="3049" w:type="dxa"/>
          </w:tcPr>
          <w:p w14:paraId="3A6BD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Se sídlem:</w:t>
            </w:r>
          </w:p>
        </w:tc>
        <w:tc>
          <w:tcPr>
            <w:tcW w:w="2546" w:type="dxa"/>
          </w:tcPr>
          <w:p w14:paraId="5BE4B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7221F36" w14:textId="7AEC722A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060E926D" w14:textId="77777777" w:rsidTr="007D0557">
        <w:tc>
          <w:tcPr>
            <w:tcW w:w="3049" w:type="dxa"/>
          </w:tcPr>
          <w:p w14:paraId="4A890E87" w14:textId="770895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Zastoupen: </w:t>
            </w:r>
          </w:p>
        </w:tc>
        <w:tc>
          <w:tcPr>
            <w:tcW w:w="2546" w:type="dxa"/>
          </w:tcPr>
          <w:p w14:paraId="7B643A9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6FF2A83" w14:textId="714B9371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……….</w:t>
            </w:r>
          </w:p>
        </w:tc>
      </w:tr>
      <w:tr w:rsidR="007D0557" w14:paraId="5D030A6F" w14:textId="77777777" w:rsidTr="007D0557">
        <w:tc>
          <w:tcPr>
            <w:tcW w:w="3049" w:type="dxa"/>
          </w:tcPr>
          <w:p w14:paraId="0828E18A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Pověřená osoba-technické věci:</w:t>
            </w:r>
          </w:p>
          <w:p w14:paraId="3AAB84FD" w14:textId="34E90A2F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Tel:</w:t>
            </w:r>
          </w:p>
          <w:p w14:paraId="781400DD" w14:textId="134CB8EB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Email:</w:t>
            </w:r>
          </w:p>
        </w:tc>
        <w:tc>
          <w:tcPr>
            <w:tcW w:w="2546" w:type="dxa"/>
          </w:tcPr>
          <w:p w14:paraId="77506111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D76B8B6" w14:textId="4F291D28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65C5F7EF" w14:textId="510D5020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32721100" w14:textId="125168B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5A185F88" w14:textId="77777777" w:rsidTr="007D0557">
        <w:tc>
          <w:tcPr>
            <w:tcW w:w="3049" w:type="dxa"/>
          </w:tcPr>
          <w:p w14:paraId="58B43192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Bankovní spojení :     </w:t>
            </w:r>
          </w:p>
        </w:tc>
        <w:tc>
          <w:tcPr>
            <w:tcW w:w="2546" w:type="dxa"/>
          </w:tcPr>
          <w:p w14:paraId="239B7C0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3DE8170" w14:textId="61A8CBB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2C446ACF" w14:textId="77777777" w:rsidTr="007D0557">
        <w:tc>
          <w:tcPr>
            <w:tcW w:w="3049" w:type="dxa"/>
          </w:tcPr>
          <w:p w14:paraId="7415C6E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č.ú.:</w:t>
            </w:r>
          </w:p>
        </w:tc>
        <w:tc>
          <w:tcPr>
            <w:tcW w:w="2546" w:type="dxa"/>
          </w:tcPr>
          <w:p w14:paraId="658A7C8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27DB990" w14:textId="1EF2D96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………….</w:t>
            </w:r>
          </w:p>
        </w:tc>
      </w:tr>
      <w:tr w:rsidR="007D0557" w14:paraId="7366C32D" w14:textId="77777777" w:rsidTr="007D0557">
        <w:tc>
          <w:tcPr>
            <w:tcW w:w="3049" w:type="dxa"/>
          </w:tcPr>
          <w:p w14:paraId="57C24218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IČ :</w:t>
            </w:r>
          </w:p>
        </w:tc>
        <w:tc>
          <w:tcPr>
            <w:tcW w:w="2546" w:type="dxa"/>
          </w:tcPr>
          <w:p w14:paraId="0D1368A6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26E7AB8" w14:textId="0CD972BD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7D0557" w14:paraId="004D38EE" w14:textId="77777777" w:rsidTr="007D0557">
        <w:tc>
          <w:tcPr>
            <w:tcW w:w="3049" w:type="dxa"/>
          </w:tcPr>
          <w:p w14:paraId="485A897D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DIČ :   </w:t>
            </w:r>
          </w:p>
        </w:tc>
        <w:tc>
          <w:tcPr>
            <w:tcW w:w="2546" w:type="dxa"/>
          </w:tcPr>
          <w:p w14:paraId="397D124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45948DD" w14:textId="3CA24D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56D39DBA" w14:textId="77777777" w:rsidTr="007D0557">
        <w:tc>
          <w:tcPr>
            <w:tcW w:w="3049" w:type="dxa"/>
          </w:tcPr>
          <w:p w14:paraId="2D8DB27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Zapsán u:</w:t>
            </w:r>
          </w:p>
        </w:tc>
        <w:tc>
          <w:tcPr>
            <w:tcW w:w="2546" w:type="dxa"/>
          </w:tcPr>
          <w:p w14:paraId="665CCF5F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0054FD0" w14:textId="0E33700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</w:tbl>
    <w:p w14:paraId="0EA8F9A2" w14:textId="77777777" w:rsidR="007D25BD" w:rsidRDefault="007D25BD" w:rsidP="007D0557">
      <w:pPr>
        <w:rPr>
          <w:rFonts w:ascii="Arial" w:hAnsi="Arial" w:cs="Arial"/>
          <w:bCs/>
          <w:sz w:val="20"/>
          <w:szCs w:val="20"/>
        </w:rPr>
      </w:pPr>
    </w:p>
    <w:p w14:paraId="571DF45A" w14:textId="77777777" w:rsidR="00C57510" w:rsidRDefault="00C57510" w:rsidP="00C57510">
      <w:pPr>
        <w:ind w:left="3600" w:hanging="3600"/>
        <w:rPr>
          <w:rFonts w:ascii="Arial" w:hAnsi="Arial" w:cs="Arial"/>
          <w:b/>
          <w:color w:val="000000"/>
          <w:sz w:val="20"/>
          <w:szCs w:val="20"/>
        </w:rPr>
      </w:pPr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>Nabídnutá cena</w:t>
      </w:r>
      <w:bookmarkStart w:id="0" w:name="_Hlk96678743"/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bez DPH</w:t>
      </w:r>
      <w:bookmarkEnd w:id="0"/>
      <w:r w:rsidRPr="00C441DD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 xml:space="preserve">            N</w:t>
      </w:r>
      <w:r w:rsidRPr="00C441DD">
        <w:rPr>
          <w:rFonts w:ascii="Arial" w:hAnsi="Arial" w:cs="Arial"/>
          <w:b/>
          <w:color w:val="000000"/>
          <w:sz w:val="20"/>
          <w:szCs w:val="20"/>
        </w:rPr>
        <w:t xml:space="preserve">EUVÁDĚT,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cena bude </w:t>
      </w:r>
      <w:r w:rsidRPr="00C441DD">
        <w:rPr>
          <w:rFonts w:ascii="Arial" w:hAnsi="Arial" w:cs="Arial"/>
          <w:b/>
          <w:color w:val="000000"/>
          <w:sz w:val="20"/>
          <w:szCs w:val="20"/>
        </w:rPr>
        <w:t>uvedena v návrhu Sm</w:t>
      </w:r>
      <w:r>
        <w:rPr>
          <w:rFonts w:ascii="Arial" w:hAnsi="Arial" w:cs="Arial"/>
          <w:b/>
          <w:color w:val="000000"/>
          <w:sz w:val="20"/>
          <w:szCs w:val="20"/>
        </w:rPr>
        <w:t>louvy o dílo.</w:t>
      </w:r>
    </w:p>
    <w:p w14:paraId="7807BDC5" w14:textId="351FE794" w:rsidR="00220A14" w:rsidRDefault="00220A14" w:rsidP="00C57510">
      <w:pPr>
        <w:ind w:left="3600" w:hanging="3600"/>
        <w:rPr>
          <w:rFonts w:ascii="Arial" w:hAnsi="Arial" w:cs="Arial"/>
          <w:b/>
          <w:bCs/>
          <w:color w:val="000000"/>
          <w:sz w:val="20"/>
          <w:szCs w:val="20"/>
        </w:rPr>
      </w:pPr>
      <w:r w:rsidRPr="00220A14">
        <w:rPr>
          <w:rFonts w:ascii="Arial" w:hAnsi="Arial" w:cs="Arial"/>
          <w:b/>
          <w:bCs/>
          <w:color w:val="000000"/>
          <w:sz w:val="20"/>
          <w:szCs w:val="20"/>
        </w:rPr>
        <w:t xml:space="preserve">Potvrzení o Zajištění záručního a pozáručního servisu po dobu </w:t>
      </w:r>
    </w:p>
    <w:p w14:paraId="457681E1" w14:textId="68243480" w:rsidR="00220A14" w:rsidRPr="00220A14" w:rsidRDefault="00220A14" w:rsidP="00C57510">
      <w:pPr>
        <w:ind w:left="3600" w:hanging="3600"/>
        <w:rPr>
          <w:rFonts w:ascii="Arial" w:hAnsi="Arial" w:cs="Arial"/>
          <w:b/>
          <w:bCs/>
          <w:sz w:val="20"/>
          <w:szCs w:val="20"/>
          <w:lang w:val="pl-PL"/>
        </w:rPr>
      </w:pPr>
      <w:r w:rsidRPr="00220A14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min. 10 let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(ano, ne)</w:t>
      </w:r>
      <w:r w:rsidRPr="00220A14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 w:rsidRPr="00220A14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 w:rsidRPr="00220A14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 w:rsidRPr="00220A14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 w:rsidRPr="00220A14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       </w:t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>…………………….</w:t>
      </w:r>
    </w:p>
    <w:p w14:paraId="333401A7" w14:textId="3AB09472" w:rsidR="00C57510" w:rsidRPr="003B1C1F" w:rsidRDefault="007D25BD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Doba záruční lhůty na práce i materiál</w:t>
      </w:r>
      <w:r w:rsidRPr="003B1C1F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="00C57510" w:rsidRPr="003B1C1F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(v měsících):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  <w:t xml:space="preserve">    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 …………………….</w:t>
      </w:r>
    </w:p>
    <w:p w14:paraId="6D303F27" w14:textId="15C78E5E" w:rsidR="00C57510" w:rsidRPr="003B1C1F" w:rsidRDefault="007D25BD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Termín zahájení realizace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>:</w:t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 …………………….</w:t>
      </w:r>
    </w:p>
    <w:p w14:paraId="6EF3B30D" w14:textId="710195AE" w:rsidR="00C57510" w:rsidRPr="003B1C1F" w:rsidRDefault="007D25BD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Doba realizace (v kalendářních dnech)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: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…………………….</w:t>
      </w:r>
    </w:p>
    <w:p w14:paraId="1628EB8B" w14:textId="3DF9AB6F" w:rsidR="00C57510" w:rsidRPr="003B1C1F" w:rsidRDefault="007D25BD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Čtečka čipů podporující NFC technologii</w:t>
      </w:r>
      <w:r w:rsidR="003B1C1F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>(ano, ne):</w:t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 …………………….</w:t>
      </w:r>
    </w:p>
    <w:p w14:paraId="6BCCF66C" w14:textId="77777777" w:rsidR="007D25BD" w:rsidRPr="007D25BD" w:rsidRDefault="007D25BD" w:rsidP="007D25BD">
      <w:pPr>
        <w:ind w:left="-142" w:firstLine="142"/>
        <w:rPr>
          <w:rFonts w:ascii="Arial" w:hAnsi="Arial" w:cs="Arial"/>
          <w:color w:val="000000"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Mobilní aplikace podporující český jazyk pro textové funkce a nastavení,</w:t>
      </w:r>
    </w:p>
    <w:p w14:paraId="0E8FFDC6" w14:textId="039BBAB1" w:rsidR="003B1C1F" w:rsidRPr="007D25BD" w:rsidRDefault="007D25BD" w:rsidP="007D25BD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které nelze vyjádřit srozumitelnými piktogramy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  <w:t xml:space="preserve">        </w:t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>…………………….</w:t>
      </w:r>
    </w:p>
    <w:p w14:paraId="417CE7A2" w14:textId="77777777" w:rsidR="007D25BD" w:rsidRDefault="007D25BD" w:rsidP="00C57510">
      <w:pPr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Referenční zakázky obdobného charakteru pro bytové domy</w:t>
      </w:r>
    </w:p>
    <w:p w14:paraId="4FE95C38" w14:textId="69C097ED" w:rsidR="007D0557" w:rsidRDefault="007D25BD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7D25BD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za poslední 2 roky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(ks)</w:t>
      </w:r>
      <w:r w:rsidR="00C57510" w:rsidRPr="00A327F8">
        <w:rPr>
          <w:rFonts w:ascii="Arial" w:hAnsi="Arial" w:cs="Arial"/>
          <w:b/>
          <w:bCs/>
          <w:sz w:val="20"/>
          <w:szCs w:val="20"/>
          <w:lang w:val="pl-PL"/>
        </w:rPr>
        <w:t>:</w:t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</w:t>
      </w:r>
      <w:r w:rsidR="00C57510" w:rsidRPr="00A327F8">
        <w:rPr>
          <w:rFonts w:ascii="Arial" w:hAnsi="Arial" w:cs="Arial"/>
          <w:b/>
          <w:bCs/>
          <w:sz w:val="20"/>
          <w:szCs w:val="20"/>
          <w:lang w:val="pl-PL"/>
        </w:rPr>
        <w:t>…………………….</w:t>
      </w:r>
    </w:p>
    <w:p w14:paraId="2F85C478" w14:textId="77777777" w:rsidR="007026CD" w:rsidRPr="007026CD" w:rsidRDefault="007026CD" w:rsidP="00C57510">
      <w:pPr>
        <w:rPr>
          <w:rFonts w:ascii="Arial" w:hAnsi="Arial" w:cs="Arial"/>
          <w:b/>
          <w:bCs/>
          <w:sz w:val="12"/>
          <w:szCs w:val="12"/>
          <w:lang w:val="pl-PL"/>
        </w:rPr>
      </w:pPr>
    </w:p>
    <w:p w14:paraId="0DA5662A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  <w:r w:rsidRPr="002E29B7">
        <w:rPr>
          <w:rFonts w:ascii="Arial" w:hAnsi="Arial" w:cs="Arial"/>
          <w:bCs/>
          <w:sz w:val="20"/>
          <w:szCs w:val="20"/>
          <w:lang w:val="pl-PL"/>
        </w:rPr>
        <w:t>Přílohou budou doloženy doklady ke splnění kvalifikačních kritérií.</w:t>
      </w:r>
    </w:p>
    <w:p w14:paraId="441D0663" w14:textId="77777777" w:rsidR="00220A14" w:rsidRDefault="00220A14">
      <w:pPr>
        <w:rPr>
          <w:rFonts w:ascii="Arial" w:hAnsi="Arial" w:cs="Arial"/>
          <w:sz w:val="8"/>
          <w:szCs w:val="8"/>
          <w:lang w:val="pl-PL"/>
        </w:rPr>
      </w:pPr>
    </w:p>
    <w:p w14:paraId="6C6382B2" w14:textId="77777777" w:rsidR="00220A14" w:rsidRPr="00220A14" w:rsidRDefault="00220A14">
      <w:pPr>
        <w:rPr>
          <w:rFonts w:ascii="Arial" w:hAnsi="Arial" w:cs="Arial"/>
          <w:sz w:val="8"/>
          <w:szCs w:val="8"/>
          <w:lang w:val="pl-PL"/>
        </w:rPr>
      </w:pPr>
    </w:p>
    <w:p w14:paraId="11FF29C3" w14:textId="166EFD68" w:rsidR="00D74781" w:rsidRPr="007D25BD" w:rsidRDefault="002E29B7">
      <w:pPr>
        <w:rPr>
          <w:rFonts w:ascii="Arial" w:hAnsi="Arial" w:cs="Arial"/>
          <w:sz w:val="20"/>
          <w:szCs w:val="20"/>
          <w:lang w:val="pl-PL"/>
        </w:rPr>
      </w:pPr>
      <w:r w:rsidRPr="002E29B7">
        <w:rPr>
          <w:rFonts w:ascii="Arial" w:hAnsi="Arial" w:cs="Arial"/>
          <w:sz w:val="20"/>
          <w:szCs w:val="20"/>
          <w:lang w:val="pl-PL"/>
        </w:rPr>
        <w:t>V ………….. dne…………...2026</w:t>
      </w:r>
      <w:r w:rsidR="007D25BD">
        <w:rPr>
          <w:rFonts w:ascii="Arial" w:hAnsi="Arial" w:cs="Arial"/>
          <w:sz w:val="20"/>
          <w:szCs w:val="20"/>
          <w:lang w:val="pl-PL"/>
        </w:rPr>
        <w:t xml:space="preserve">                                                   </w:t>
      </w:r>
      <w:r w:rsidR="0020075C">
        <w:rPr>
          <w:lang w:val="pl-PL"/>
        </w:rPr>
        <w:t xml:space="preserve"> </w:t>
      </w:r>
      <w:r w:rsidR="00462753">
        <w:rPr>
          <w:lang w:val="pl-PL"/>
        </w:rPr>
        <w:t xml:space="preserve"> </w:t>
      </w:r>
      <w:r w:rsidR="0020075C" w:rsidRPr="00462753">
        <w:rPr>
          <w:rFonts w:ascii="Arial" w:hAnsi="Arial" w:cs="Arial"/>
          <w:sz w:val="20"/>
          <w:szCs w:val="20"/>
          <w:lang w:val="pl-PL"/>
        </w:rPr>
        <w:t>..........................................</w:t>
      </w:r>
      <w:r w:rsidR="0020075C" w:rsidRPr="00C441DD">
        <w:rPr>
          <w:lang w:val="pl-PL"/>
        </w:rPr>
        <w:br/>
      </w:r>
      <w:r w:rsidR="0020075C" w:rsidRPr="009E3040">
        <w:rPr>
          <w:rFonts w:ascii="Arial" w:hAnsi="Arial" w:cs="Arial"/>
          <w:lang w:val="pl-PL"/>
        </w:rPr>
        <w:t xml:space="preserve">                                                                                                </w:t>
      </w:r>
      <w:r w:rsidR="0020075C" w:rsidRPr="0034453D">
        <w:rPr>
          <w:rFonts w:ascii="Arial" w:hAnsi="Arial" w:cs="Arial"/>
          <w:sz w:val="20"/>
          <w:szCs w:val="20"/>
          <w:lang w:val="pl-PL"/>
        </w:rPr>
        <w:t>razítko a</w:t>
      </w:r>
      <w:r w:rsidR="009E3040" w:rsidRPr="0034453D">
        <w:rPr>
          <w:rFonts w:ascii="Arial" w:hAnsi="Arial" w:cs="Arial"/>
          <w:sz w:val="20"/>
          <w:szCs w:val="20"/>
          <w:lang w:val="pl-PL"/>
        </w:rPr>
        <w:t xml:space="preserve"> </w:t>
      </w:r>
      <w:r w:rsidR="0020075C" w:rsidRPr="0034453D">
        <w:rPr>
          <w:rFonts w:ascii="Arial" w:hAnsi="Arial" w:cs="Arial"/>
          <w:sz w:val="20"/>
          <w:szCs w:val="20"/>
          <w:lang w:val="pl-PL"/>
        </w:rPr>
        <w:t>podpis účastníka</w:t>
      </w:r>
    </w:p>
    <w:sectPr w:rsidR="00D74781" w:rsidRPr="007D25BD" w:rsidSect="00C441DD">
      <w:pgSz w:w="12240" w:h="15840"/>
      <w:pgMar w:top="851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CB413D"/>
    <w:multiLevelType w:val="hybridMultilevel"/>
    <w:tmpl w:val="48D0A0F0"/>
    <w:lvl w:ilvl="0" w:tplc="6A329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9698">
    <w:abstractNumId w:val="8"/>
  </w:num>
  <w:num w:numId="2" w16cid:durableId="1079789646">
    <w:abstractNumId w:val="6"/>
  </w:num>
  <w:num w:numId="3" w16cid:durableId="34039015">
    <w:abstractNumId w:val="5"/>
  </w:num>
  <w:num w:numId="4" w16cid:durableId="793446152">
    <w:abstractNumId w:val="4"/>
  </w:num>
  <w:num w:numId="5" w16cid:durableId="28923298">
    <w:abstractNumId w:val="7"/>
  </w:num>
  <w:num w:numId="6" w16cid:durableId="1148865469">
    <w:abstractNumId w:val="3"/>
  </w:num>
  <w:num w:numId="7" w16cid:durableId="1007750901">
    <w:abstractNumId w:val="2"/>
  </w:num>
  <w:num w:numId="8" w16cid:durableId="542519320">
    <w:abstractNumId w:val="1"/>
  </w:num>
  <w:num w:numId="9" w16cid:durableId="1365643150">
    <w:abstractNumId w:val="0"/>
  </w:num>
  <w:num w:numId="10" w16cid:durableId="1378123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A2E"/>
    <w:rsid w:val="000D5096"/>
    <w:rsid w:val="0015074B"/>
    <w:rsid w:val="001B6AA1"/>
    <w:rsid w:val="001F5A07"/>
    <w:rsid w:val="0020075C"/>
    <w:rsid w:val="00220A14"/>
    <w:rsid w:val="002308D1"/>
    <w:rsid w:val="00245963"/>
    <w:rsid w:val="00250AF6"/>
    <w:rsid w:val="00270A2F"/>
    <w:rsid w:val="00275ED9"/>
    <w:rsid w:val="002770D5"/>
    <w:rsid w:val="0029639D"/>
    <w:rsid w:val="002C150F"/>
    <w:rsid w:val="002E29B7"/>
    <w:rsid w:val="002F083E"/>
    <w:rsid w:val="00326F90"/>
    <w:rsid w:val="0034453D"/>
    <w:rsid w:val="003B1C1F"/>
    <w:rsid w:val="003E79FC"/>
    <w:rsid w:val="003F1231"/>
    <w:rsid w:val="003F4AB7"/>
    <w:rsid w:val="00462753"/>
    <w:rsid w:val="004845B6"/>
    <w:rsid w:val="00500F6F"/>
    <w:rsid w:val="00547EE8"/>
    <w:rsid w:val="00567233"/>
    <w:rsid w:val="00575475"/>
    <w:rsid w:val="00581E71"/>
    <w:rsid w:val="00597462"/>
    <w:rsid w:val="005B13DE"/>
    <w:rsid w:val="005B535F"/>
    <w:rsid w:val="0061762C"/>
    <w:rsid w:val="00683A3F"/>
    <w:rsid w:val="007026CD"/>
    <w:rsid w:val="00714D56"/>
    <w:rsid w:val="007150F4"/>
    <w:rsid w:val="00716ADE"/>
    <w:rsid w:val="0072465B"/>
    <w:rsid w:val="007663A1"/>
    <w:rsid w:val="00767210"/>
    <w:rsid w:val="007A111F"/>
    <w:rsid w:val="007D0557"/>
    <w:rsid w:val="007D25BD"/>
    <w:rsid w:val="007D5E80"/>
    <w:rsid w:val="0084754F"/>
    <w:rsid w:val="008E410C"/>
    <w:rsid w:val="00922690"/>
    <w:rsid w:val="00967E83"/>
    <w:rsid w:val="009D62F9"/>
    <w:rsid w:val="009E3040"/>
    <w:rsid w:val="009F1C66"/>
    <w:rsid w:val="00A042A1"/>
    <w:rsid w:val="00A327F8"/>
    <w:rsid w:val="00AA1D8D"/>
    <w:rsid w:val="00B04597"/>
    <w:rsid w:val="00B30D96"/>
    <w:rsid w:val="00B4399D"/>
    <w:rsid w:val="00B47730"/>
    <w:rsid w:val="00B64C06"/>
    <w:rsid w:val="00BF2EBE"/>
    <w:rsid w:val="00C043AB"/>
    <w:rsid w:val="00C32B79"/>
    <w:rsid w:val="00C441DD"/>
    <w:rsid w:val="00C57510"/>
    <w:rsid w:val="00CB0664"/>
    <w:rsid w:val="00CD1856"/>
    <w:rsid w:val="00CF10CE"/>
    <w:rsid w:val="00D74781"/>
    <w:rsid w:val="00D81F26"/>
    <w:rsid w:val="00E63CEB"/>
    <w:rsid w:val="00EB4203"/>
    <w:rsid w:val="00EE60FD"/>
    <w:rsid w:val="00F35AC7"/>
    <w:rsid w:val="00F62893"/>
    <w:rsid w:val="00F84929"/>
    <w:rsid w:val="00FC693F"/>
    <w:rsid w:val="00FE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E8C60"/>
  <w14:defaultImageDpi w14:val="300"/>
  <w15:docId w15:val="{8C3FCA83-6A43-462F-A33B-ADD792E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10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210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SBD Havířov</cp:lastModifiedBy>
  <cp:revision>39</cp:revision>
  <cp:lastPrinted>2026-06-03T15:04:00Z</cp:lastPrinted>
  <dcterms:created xsi:type="dcterms:W3CDTF">2013-12-23T23:15:00Z</dcterms:created>
  <dcterms:modified xsi:type="dcterms:W3CDTF">2026-09-17T13:47:00Z</dcterms:modified>
  <cp:category/>
</cp:coreProperties>
</file>