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845"/>
      </w:tblGrid>
      <w:tr w:rsidR="009374B5" w14:paraId="27357CAD" w14:textId="77777777">
        <w:trPr>
          <w:jc w:val="center"/>
        </w:trPr>
        <w:tc>
          <w:tcPr>
            <w:tcW w:w="1587" w:type="dxa"/>
          </w:tcPr>
          <w:p w14:paraId="6D67DBF4" w14:textId="77777777" w:rsidR="009374B5" w:rsidRDefault="0048104F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A048A39" wp14:editId="757D4B7B">
                  <wp:extent cx="771144" cy="838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bd_logo_crop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327" cy="84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5" w:type="dxa"/>
          </w:tcPr>
          <w:p w14:paraId="3B33E752" w14:textId="77777777" w:rsidR="005B51E8" w:rsidRDefault="005B51E8">
            <w:pPr>
              <w:spacing w:after="0"/>
              <w:jc w:val="center"/>
              <w:rPr>
                <w:b/>
                <w:sz w:val="29"/>
              </w:rPr>
            </w:pPr>
          </w:p>
          <w:p w14:paraId="446E0D1C" w14:textId="68B47B2B" w:rsidR="009374B5" w:rsidRDefault="005B51E8" w:rsidP="005B51E8">
            <w:pPr>
              <w:spacing w:after="0"/>
            </w:pPr>
            <w:r>
              <w:rPr>
                <w:b/>
                <w:sz w:val="29"/>
              </w:rPr>
              <w:t xml:space="preserve">           </w:t>
            </w:r>
            <w:proofErr w:type="spellStart"/>
            <w:r w:rsidR="0048104F">
              <w:rPr>
                <w:b/>
                <w:sz w:val="29"/>
              </w:rPr>
              <w:t>Stavební</w:t>
            </w:r>
            <w:proofErr w:type="spellEnd"/>
            <w:r w:rsidR="0048104F">
              <w:rPr>
                <w:b/>
                <w:sz w:val="29"/>
              </w:rPr>
              <w:t xml:space="preserve"> bytové družstvo Havířov</w:t>
            </w:r>
          </w:p>
          <w:p w14:paraId="4CF9D38C" w14:textId="69FE6DBF" w:rsidR="009374B5" w:rsidRDefault="005B51E8" w:rsidP="005B51E8">
            <w:pPr>
              <w:spacing w:after="0"/>
            </w:pPr>
            <w:r>
              <w:rPr>
                <w:sz w:val="16"/>
              </w:rPr>
              <w:t xml:space="preserve">                          </w:t>
            </w:r>
            <w:proofErr w:type="spellStart"/>
            <w:r w:rsidR="0048104F">
              <w:rPr>
                <w:sz w:val="16"/>
              </w:rPr>
              <w:t>Hornosušská</w:t>
            </w:r>
            <w:proofErr w:type="spellEnd"/>
            <w:r w:rsidR="0048104F">
              <w:rPr>
                <w:sz w:val="16"/>
              </w:rPr>
              <w:t xml:space="preserve"> 1041/2, </w:t>
            </w:r>
            <w:proofErr w:type="spellStart"/>
            <w:r w:rsidR="0048104F">
              <w:rPr>
                <w:sz w:val="16"/>
              </w:rPr>
              <w:t>Prostřední</w:t>
            </w:r>
            <w:proofErr w:type="spellEnd"/>
            <w:r w:rsidR="0048104F">
              <w:rPr>
                <w:sz w:val="16"/>
              </w:rPr>
              <w:t xml:space="preserve"> Suchá, 735 64 Havířov</w:t>
            </w:r>
          </w:p>
        </w:tc>
      </w:tr>
    </w:tbl>
    <w:p w14:paraId="49FCB205" w14:textId="05E40868" w:rsidR="009374B5" w:rsidRPr="005B51E8" w:rsidRDefault="0048104F">
      <w:pPr>
        <w:spacing w:before="40" w:after="0"/>
        <w:jc w:val="center"/>
        <w:rPr>
          <w:rFonts w:asciiTheme="majorHAnsi" w:hAnsiTheme="majorHAnsi" w:cstheme="majorHAnsi"/>
          <w:sz w:val="28"/>
          <w:szCs w:val="28"/>
          <w:lang w:val="pl-PL"/>
        </w:rPr>
      </w:pPr>
      <w:r w:rsidRPr="005B51E8">
        <w:rPr>
          <w:rFonts w:asciiTheme="majorHAnsi" w:hAnsiTheme="majorHAnsi" w:cstheme="majorHAnsi"/>
          <w:b/>
          <w:sz w:val="28"/>
          <w:szCs w:val="28"/>
          <w:lang w:val="pl-PL"/>
        </w:rPr>
        <w:t>PŘÍLOHA K ŽÁDOSTI O NÁJEM</w:t>
      </w:r>
      <w:r w:rsidR="00B64A26">
        <w:rPr>
          <w:rFonts w:asciiTheme="majorHAnsi" w:hAnsiTheme="majorHAnsi" w:cstheme="majorHAnsi"/>
          <w:b/>
          <w:sz w:val="28"/>
          <w:szCs w:val="28"/>
          <w:lang w:val="pl-PL"/>
        </w:rPr>
        <w:t>NÍ BYT</w:t>
      </w:r>
    </w:p>
    <w:p w14:paraId="2878E126" w14:textId="1721032B" w:rsidR="005B51E8" w:rsidRPr="005B51E8" w:rsidRDefault="0048104F">
      <w:pPr>
        <w:spacing w:after="60"/>
        <w:jc w:val="center"/>
        <w:rPr>
          <w:lang w:val="pl-PL"/>
        </w:rPr>
      </w:pPr>
      <w:r w:rsidRPr="005B51E8">
        <w:rPr>
          <w:rFonts w:asciiTheme="majorHAnsi" w:hAnsiTheme="majorHAnsi" w:cstheme="majorHAnsi"/>
          <w:b/>
          <w:sz w:val="28"/>
          <w:szCs w:val="28"/>
          <w:lang w:val="pl-PL"/>
        </w:rPr>
        <w:t xml:space="preserve">POTVRZENÍ O BEZDLUŽNOSTI </w:t>
      </w:r>
      <w:r w:rsidR="00B64A26">
        <w:rPr>
          <w:rFonts w:asciiTheme="majorHAnsi" w:hAnsiTheme="majorHAnsi" w:cstheme="majorHAnsi"/>
          <w:b/>
          <w:sz w:val="28"/>
          <w:szCs w:val="28"/>
          <w:lang w:val="pl-PL"/>
        </w:rPr>
        <w:t>OD</w:t>
      </w:r>
      <w:r w:rsidRPr="005B51E8">
        <w:rPr>
          <w:rFonts w:asciiTheme="majorHAnsi" w:hAnsiTheme="majorHAnsi" w:cstheme="majorHAnsi"/>
          <w:b/>
          <w:sz w:val="28"/>
          <w:szCs w:val="28"/>
          <w:lang w:val="pl-PL"/>
        </w:rPr>
        <w:t xml:space="preserve"> PŘEDCHOZÍ</w:t>
      </w:r>
      <w:r w:rsidR="00B64A26">
        <w:rPr>
          <w:rFonts w:asciiTheme="majorHAnsi" w:hAnsiTheme="majorHAnsi" w:cstheme="majorHAnsi"/>
          <w:b/>
          <w:sz w:val="28"/>
          <w:szCs w:val="28"/>
          <w:lang w:val="pl-PL"/>
        </w:rPr>
        <w:t>HO</w:t>
      </w:r>
      <w:r w:rsidRPr="005B51E8">
        <w:rPr>
          <w:rFonts w:asciiTheme="majorHAnsi" w:hAnsiTheme="majorHAnsi" w:cstheme="majorHAnsi"/>
          <w:b/>
          <w:sz w:val="28"/>
          <w:szCs w:val="28"/>
          <w:lang w:val="pl-PL"/>
        </w:rPr>
        <w:t xml:space="preserve"> PRONAJÍMATEL</w:t>
      </w:r>
      <w:r w:rsidR="00B64A26">
        <w:rPr>
          <w:rFonts w:asciiTheme="majorHAnsi" w:hAnsiTheme="majorHAnsi" w:cstheme="majorHAnsi"/>
          <w:b/>
          <w:sz w:val="28"/>
          <w:szCs w:val="28"/>
          <w:lang w:val="pl-PL"/>
        </w:rPr>
        <w:t>E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4132"/>
      </w:tblGrid>
      <w:tr w:rsidR="009374B5" w:rsidRPr="005B51E8" w14:paraId="15CE40B6" w14:textId="77777777">
        <w:trPr>
          <w:jc w:val="center"/>
        </w:trPr>
        <w:tc>
          <w:tcPr>
            <w:tcW w:w="10936" w:type="dxa"/>
            <w:gridSpan w:val="2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4590BB" w14:textId="66DB3C1D" w:rsidR="009374B5" w:rsidRPr="00B64A26" w:rsidRDefault="0048104F" w:rsidP="00B64A26">
            <w:pPr>
              <w:pStyle w:val="Odstavecseseznamem"/>
              <w:numPr>
                <w:ilvl w:val="0"/>
                <w:numId w:val="10"/>
              </w:num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Údaje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o </w:t>
            </w: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žadateli</w:t>
            </w:r>
            <w:proofErr w:type="spellEnd"/>
          </w:p>
        </w:tc>
      </w:tr>
      <w:tr w:rsidR="009374B5" w14:paraId="6A17A84A" w14:textId="77777777">
        <w:trPr>
          <w:jc w:val="center"/>
        </w:trPr>
        <w:tc>
          <w:tcPr>
            <w:tcW w:w="6804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953360" w14:textId="77777777" w:rsidR="009374B5" w:rsidRPr="005B51E8" w:rsidRDefault="0048104F">
            <w:pPr>
              <w:spacing w:after="0" w:line="216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</w:rPr>
              <w:t>Jméno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</w:rPr>
              <w:t xml:space="preserve"> a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</w:rPr>
              <w:t>příjmení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</w:rPr>
              <w:t xml:space="preserve">,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</w:rPr>
              <w:t>titul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</w:rPr>
              <w:t>: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___________________________</w:t>
            </w:r>
          </w:p>
        </w:tc>
        <w:tc>
          <w:tcPr>
            <w:tcW w:w="3572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E0B8A1" w14:textId="77777777" w:rsidR="009374B5" w:rsidRPr="005B51E8" w:rsidRDefault="0048104F">
            <w:pPr>
              <w:spacing w:after="0" w:line="216" w:lineRule="auto"/>
              <w:rPr>
                <w:rFonts w:asciiTheme="majorHAnsi" w:hAnsiTheme="majorHAnsi" w:cstheme="majorHAnsi"/>
                <w:sz w:val="22"/>
              </w:rPr>
            </w:pPr>
            <w:r w:rsidRPr="005B51E8">
              <w:rPr>
                <w:rFonts w:asciiTheme="majorHAnsi" w:hAnsiTheme="majorHAnsi" w:cstheme="majorHAnsi"/>
                <w:b/>
                <w:sz w:val="22"/>
              </w:rPr>
              <w:t>Dat. nar.: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______________</w:t>
            </w:r>
          </w:p>
        </w:tc>
      </w:tr>
      <w:tr w:rsidR="009374B5" w14:paraId="212EA82B" w14:textId="77777777">
        <w:trPr>
          <w:jc w:val="center"/>
        </w:trPr>
        <w:tc>
          <w:tcPr>
            <w:tcW w:w="10936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A01ABE" w14:textId="77777777" w:rsidR="009374B5" w:rsidRPr="005B51E8" w:rsidRDefault="0048104F">
            <w:pPr>
              <w:spacing w:after="0" w:line="216" w:lineRule="auto"/>
              <w:rPr>
                <w:rFonts w:asciiTheme="majorHAnsi" w:hAnsiTheme="majorHAnsi" w:cstheme="majorHAnsi"/>
                <w:sz w:val="22"/>
              </w:rPr>
            </w:pPr>
            <w:r w:rsidRPr="005B51E8">
              <w:rPr>
                <w:rFonts w:asciiTheme="majorHAnsi" w:hAnsiTheme="majorHAnsi" w:cstheme="majorHAnsi"/>
                <w:b/>
                <w:sz w:val="22"/>
              </w:rPr>
              <w:t>Adresa dosavadního pobytu: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____________________________________________________________________</w:t>
            </w:r>
          </w:p>
        </w:tc>
      </w:tr>
      <w:tr w:rsidR="009374B5" w14:paraId="216EDB46" w14:textId="77777777">
        <w:trPr>
          <w:jc w:val="center"/>
        </w:trPr>
        <w:tc>
          <w:tcPr>
            <w:tcW w:w="10936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F6357E" w14:textId="77777777" w:rsidR="009374B5" w:rsidRPr="005B51E8" w:rsidRDefault="0048104F">
            <w:pPr>
              <w:spacing w:after="0" w:line="216" w:lineRule="auto"/>
              <w:rPr>
                <w:rFonts w:asciiTheme="majorHAnsi" w:hAnsiTheme="majorHAnsi" w:cstheme="majorHAnsi"/>
                <w:sz w:val="22"/>
              </w:rPr>
            </w:pPr>
            <w:r w:rsidRPr="005B51E8">
              <w:rPr>
                <w:rFonts w:asciiTheme="majorHAnsi" w:hAnsiTheme="majorHAnsi" w:cstheme="majorHAnsi"/>
                <w:b/>
                <w:sz w:val="22"/>
              </w:rPr>
              <w:t>Vlastník bytu (domu):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_________________________________________________________________________</w:t>
            </w:r>
          </w:p>
        </w:tc>
      </w:tr>
      <w:tr w:rsidR="009374B5" w14:paraId="0892D0FD" w14:textId="77777777">
        <w:trPr>
          <w:jc w:val="center"/>
        </w:trPr>
        <w:tc>
          <w:tcPr>
            <w:tcW w:w="10936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DEBE42" w14:textId="32BE6E45" w:rsidR="009374B5" w:rsidRPr="005B51E8" w:rsidRDefault="00B64A26">
            <w:pPr>
              <w:spacing w:after="0" w:line="216" w:lineRule="auto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 xml:space="preserve">V </w:t>
            </w:r>
            <w:proofErr w:type="spellStart"/>
            <w:r>
              <w:rPr>
                <w:rFonts w:asciiTheme="majorHAnsi" w:hAnsiTheme="majorHAnsi" w:cstheme="majorHAnsi"/>
                <w:b/>
                <w:sz w:val="22"/>
              </w:rPr>
              <w:t>současném</w:t>
            </w:r>
            <w:proofErr w:type="spellEnd"/>
            <w:r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2"/>
              </w:rPr>
              <w:t>bytě</w:t>
            </w:r>
            <w:proofErr w:type="spellEnd"/>
            <w:r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22"/>
              </w:rPr>
              <w:t>jsem</w:t>
            </w:r>
            <w:proofErr w:type="spellEnd"/>
            <w:r w:rsidR="0048104F" w:rsidRPr="005B51E8">
              <w:rPr>
                <w:rFonts w:asciiTheme="majorHAnsi" w:hAnsiTheme="majorHAnsi" w:cstheme="majorHAnsi"/>
                <w:b/>
                <w:sz w:val="22"/>
              </w:rPr>
              <w:t>:</w:t>
            </w:r>
          </w:p>
          <w:p w14:paraId="6035BBCC" w14:textId="77777777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5B51E8">
              <w:rPr>
                <w:rFonts w:asciiTheme="majorHAnsi" w:hAnsiTheme="majorHAnsi" w:cstheme="majorHAnsi"/>
                <w:sz w:val="22"/>
              </w:rPr>
              <w:t>(zaškrtněte jednu z možností, případně uveďte jiný právní důvod užívání bytu)</w:t>
            </w:r>
          </w:p>
          <w:p w14:paraId="08726870" w14:textId="77777777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5B51E8">
              <w:rPr>
                <w:rFonts w:ascii="Segoe UI Symbol" w:hAnsi="Segoe UI Symbol" w:cs="Segoe UI Symbol"/>
                <w:sz w:val="22"/>
              </w:rPr>
              <w:t>☐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</w:rPr>
              <w:t>nájemce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</w:rPr>
              <w:t xml:space="preserve">    </w:t>
            </w:r>
            <w:r w:rsidRPr="005B51E8">
              <w:rPr>
                <w:rFonts w:ascii="Segoe UI Symbol" w:hAnsi="Segoe UI Symbol" w:cs="Segoe UI Symbol"/>
                <w:sz w:val="22"/>
              </w:rPr>
              <w:t>☐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</w:rPr>
              <w:t>podn</w:t>
            </w:r>
            <w:r w:rsidRPr="005B51E8">
              <w:rPr>
                <w:rFonts w:ascii="Calibri" w:hAnsi="Calibri" w:cs="Calibri"/>
                <w:sz w:val="22"/>
              </w:rPr>
              <w:t>á</w:t>
            </w:r>
            <w:r w:rsidRPr="005B51E8">
              <w:rPr>
                <w:rFonts w:asciiTheme="majorHAnsi" w:hAnsiTheme="majorHAnsi" w:cstheme="majorHAnsi"/>
                <w:sz w:val="22"/>
              </w:rPr>
              <w:t>jemce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</w:rPr>
              <w:t xml:space="preserve">    </w:t>
            </w:r>
            <w:r w:rsidRPr="005B51E8">
              <w:rPr>
                <w:rFonts w:ascii="Segoe UI Symbol" w:hAnsi="Segoe UI Symbol" w:cs="Segoe UI Symbol"/>
                <w:sz w:val="22"/>
              </w:rPr>
              <w:t>☐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5B51E8">
              <w:rPr>
                <w:rFonts w:ascii="Calibri" w:hAnsi="Calibri" w:cs="Calibri"/>
                <w:sz w:val="22"/>
              </w:rPr>
              <w:t>č</w:t>
            </w:r>
            <w:r w:rsidRPr="005B51E8">
              <w:rPr>
                <w:rFonts w:asciiTheme="majorHAnsi" w:hAnsiTheme="majorHAnsi" w:cstheme="majorHAnsi"/>
                <w:sz w:val="22"/>
              </w:rPr>
              <w:t>len dom</w:t>
            </w:r>
            <w:r w:rsidRPr="005B51E8">
              <w:rPr>
                <w:rFonts w:ascii="Calibri" w:hAnsi="Calibri" w:cs="Calibri"/>
                <w:sz w:val="22"/>
              </w:rPr>
              <w:t>á</w:t>
            </w:r>
            <w:r w:rsidRPr="005B51E8">
              <w:rPr>
                <w:rFonts w:asciiTheme="majorHAnsi" w:hAnsiTheme="majorHAnsi" w:cstheme="majorHAnsi"/>
                <w:sz w:val="22"/>
              </w:rPr>
              <w:t>cnosti n</w:t>
            </w:r>
            <w:r w:rsidRPr="005B51E8">
              <w:rPr>
                <w:rFonts w:ascii="Calibri" w:hAnsi="Calibri" w:cs="Calibri"/>
                <w:sz w:val="22"/>
              </w:rPr>
              <w:t>á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jemce    </w:t>
            </w:r>
            <w:r w:rsidRPr="005B51E8">
              <w:rPr>
                <w:rFonts w:ascii="Segoe UI Symbol" w:hAnsi="Segoe UI Symbol" w:cs="Segoe UI Symbol"/>
                <w:sz w:val="22"/>
              </w:rPr>
              <w:t>☐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vlastn</w:t>
            </w:r>
            <w:r w:rsidRPr="005B51E8">
              <w:rPr>
                <w:rFonts w:ascii="Calibri" w:hAnsi="Calibri" w:cs="Calibri"/>
                <w:sz w:val="22"/>
              </w:rPr>
              <w:t>í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k    </w:t>
            </w:r>
            <w:r w:rsidRPr="005B51E8">
              <w:rPr>
                <w:rFonts w:ascii="Segoe UI Symbol" w:hAnsi="Segoe UI Symbol" w:cs="Segoe UI Symbol"/>
                <w:sz w:val="22"/>
              </w:rPr>
              <w:t>☐</w:t>
            </w:r>
            <w:r w:rsidRPr="005B51E8">
              <w:rPr>
                <w:rFonts w:asciiTheme="majorHAnsi" w:hAnsiTheme="majorHAnsi" w:cstheme="majorHAnsi"/>
                <w:sz w:val="22"/>
              </w:rPr>
              <w:t xml:space="preserve"> jin</w:t>
            </w:r>
            <w:r w:rsidRPr="005B51E8">
              <w:rPr>
                <w:rFonts w:ascii="Calibri" w:hAnsi="Calibri" w:cs="Calibri"/>
                <w:sz w:val="22"/>
              </w:rPr>
              <w:t>ý</w:t>
            </w:r>
          </w:p>
          <w:p w14:paraId="64CF7FF1" w14:textId="77777777" w:rsidR="00B64A26" w:rsidRDefault="00B64A26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  <w:p w14:paraId="281D56AC" w14:textId="4E99293A" w:rsidR="009374B5" w:rsidRDefault="0048104F">
            <w:pPr>
              <w:spacing w:after="0"/>
            </w:pPr>
            <w:proofErr w:type="spellStart"/>
            <w:r w:rsidRPr="005B51E8">
              <w:rPr>
                <w:rFonts w:asciiTheme="majorHAnsi" w:hAnsiTheme="majorHAnsi" w:cstheme="majorHAnsi"/>
                <w:sz w:val="22"/>
              </w:rPr>
              <w:t>Jiný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</w:rPr>
              <w:t>právní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</w:rPr>
              <w:t>důvod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</w:rPr>
              <w:t>užívání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</w:rPr>
              <w:t>bytu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</w:rPr>
              <w:t>:</w:t>
            </w:r>
            <w:r>
              <w:t xml:space="preserve"> ______________________________________________________</w:t>
            </w:r>
          </w:p>
        </w:tc>
      </w:tr>
    </w:tbl>
    <w:p w14:paraId="03683ED9" w14:textId="77777777" w:rsidR="009374B5" w:rsidRDefault="009374B5">
      <w:pPr>
        <w:spacing w:after="20" w:line="120" w:lineRule="auto"/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10920"/>
      </w:tblGrid>
      <w:tr w:rsidR="009374B5" w:rsidRPr="00B64A26" w14:paraId="1615A722" w14:textId="77777777">
        <w:trPr>
          <w:jc w:val="center"/>
        </w:trPr>
        <w:tc>
          <w:tcPr>
            <w:tcW w:w="10936" w:type="dxa"/>
            <w:shd w:val="clear" w:color="auto" w:fill="D9D9D9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13FC281" w14:textId="11D415AD" w:rsidR="009374B5" w:rsidRPr="00B64A26" w:rsidRDefault="0048104F" w:rsidP="00B64A26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Potvrzení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vlastníka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bytu </w:t>
            </w:r>
          </w:p>
        </w:tc>
      </w:tr>
      <w:tr w:rsidR="009374B5" w:rsidRPr="00B64A26" w14:paraId="4692AA0F" w14:textId="77777777">
        <w:trPr>
          <w:jc w:val="center"/>
        </w:trPr>
        <w:tc>
          <w:tcPr>
            <w:tcW w:w="1093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7B975C7" w14:textId="3F989971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Potvrzuji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,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že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žadatel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v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souvislosti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s </w:t>
            </w:r>
            <w:proofErr w:type="spellStart"/>
            <w:r w:rsidR="00B64A26">
              <w:rPr>
                <w:rFonts w:asciiTheme="majorHAnsi" w:hAnsiTheme="majorHAnsi" w:cstheme="majorHAnsi"/>
                <w:b/>
                <w:sz w:val="22"/>
                <w:lang w:val="pl-PL"/>
              </w:rPr>
              <w:t>užíváním</w:t>
            </w:r>
            <w:proofErr w:type="spellEnd"/>
            <w:r w:rsid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bytu</w:t>
            </w:r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:</w:t>
            </w:r>
          </w:p>
          <w:p w14:paraId="00E83681" w14:textId="77777777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(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označte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správnou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možnost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)</w:t>
            </w:r>
          </w:p>
          <w:p w14:paraId="4D2D85BF" w14:textId="77777777" w:rsidR="005B51E8" w:rsidRPr="005B51E8" w:rsidRDefault="005B51E8">
            <w:p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14:paraId="677F92DB" w14:textId="77777777" w:rsidR="009374B5" w:rsidRPr="005B51E8" w:rsidRDefault="0048104F">
            <w:p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•  MÁ  –  NEMÁ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vůči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vlastníkovi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bytu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dluhy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na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nájemném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nebo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službách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spojených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s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užíváním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bytu</w:t>
            </w:r>
          </w:p>
          <w:p w14:paraId="12D0E4CD" w14:textId="77777777" w:rsidR="005B51E8" w:rsidRPr="005B51E8" w:rsidRDefault="005B51E8">
            <w:p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14:paraId="2431CAE8" w14:textId="0013EC39" w:rsidR="009374B5" w:rsidRPr="005B51E8" w:rsidRDefault="0048104F">
            <w:p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•  PORUŠUJE  –  NEPORUŠUJE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dobré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mravy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v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domě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ani </w:t>
            </w:r>
            <w:proofErr w:type="spellStart"/>
            <w:r w:rsidR="00B64A26">
              <w:rPr>
                <w:rFonts w:asciiTheme="majorHAnsi" w:hAnsiTheme="majorHAnsi" w:cstheme="majorHAnsi"/>
                <w:sz w:val="22"/>
                <w:lang w:val="pl-PL"/>
              </w:rPr>
              <w:t>další</w:t>
            </w:r>
            <w:proofErr w:type="spellEnd"/>
            <w:r w:rsidR="00B64A26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povinnosti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spojené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s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užíváním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bytu</w:t>
            </w:r>
          </w:p>
          <w:p w14:paraId="08CDE0D2" w14:textId="77777777" w:rsidR="005B51E8" w:rsidRPr="005B51E8" w:rsidRDefault="005B51E8">
            <w:p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14:paraId="2541E213" w14:textId="77777777" w:rsidR="009374B5" w:rsidRPr="005B51E8" w:rsidRDefault="0048104F">
            <w:pPr>
              <w:spacing w:after="0"/>
              <w:jc w:val="right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Kontaktní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telefon pro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ověření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údajů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: ________________________</w:t>
            </w:r>
          </w:p>
          <w:p w14:paraId="10633277" w14:textId="77777777" w:rsidR="005B51E8" w:rsidRPr="005B51E8" w:rsidRDefault="005B51E8">
            <w:pPr>
              <w:spacing w:after="0"/>
              <w:jc w:val="right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14:paraId="6B8ACACA" w14:textId="77777777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Datum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: ____________________       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razítko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a podpis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vlastníka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bytu (domu): __________________________</w:t>
            </w:r>
          </w:p>
        </w:tc>
      </w:tr>
    </w:tbl>
    <w:p w14:paraId="0392D2E6" w14:textId="77777777" w:rsidR="009374B5" w:rsidRPr="005B51E8" w:rsidRDefault="009374B5">
      <w:pPr>
        <w:spacing w:after="20" w:line="120" w:lineRule="auto"/>
        <w:rPr>
          <w:rFonts w:asciiTheme="majorHAnsi" w:hAnsiTheme="majorHAnsi" w:cstheme="majorHAnsi"/>
          <w:sz w:val="22"/>
          <w:lang w:val="pl-PL"/>
        </w:rPr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10920"/>
      </w:tblGrid>
      <w:tr w:rsidR="009374B5" w:rsidRPr="00B64A26" w14:paraId="5F700838" w14:textId="77777777">
        <w:trPr>
          <w:jc w:val="center"/>
        </w:trPr>
        <w:tc>
          <w:tcPr>
            <w:tcW w:w="10936" w:type="dxa"/>
            <w:shd w:val="clear" w:color="auto" w:fill="D9D9D9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2B1860A" w14:textId="289F0179" w:rsidR="009374B5" w:rsidRPr="00B64A26" w:rsidRDefault="0048104F" w:rsidP="00B64A26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Potvrzení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jiné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osoby, od </w:t>
            </w: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které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je </w:t>
            </w: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odvozeno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užívací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právo</w:t>
            </w:r>
            <w:proofErr w:type="spellEnd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B64A26">
              <w:rPr>
                <w:rFonts w:asciiTheme="majorHAnsi" w:hAnsiTheme="majorHAnsi" w:cstheme="majorHAnsi"/>
                <w:b/>
                <w:sz w:val="22"/>
                <w:lang w:val="pl-PL"/>
              </w:rPr>
              <w:t>žadatele</w:t>
            </w:r>
            <w:proofErr w:type="spellEnd"/>
          </w:p>
        </w:tc>
      </w:tr>
      <w:tr w:rsidR="009374B5" w:rsidRPr="005B51E8" w14:paraId="2D7F8980" w14:textId="77777777">
        <w:trPr>
          <w:jc w:val="center"/>
        </w:trPr>
        <w:tc>
          <w:tcPr>
            <w:tcW w:w="1093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6A5576CB" w14:textId="77777777" w:rsidR="005B51E8" w:rsidRPr="005B51E8" w:rsidRDefault="005B51E8">
            <w:pPr>
              <w:spacing w:after="0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</w:p>
          <w:p w14:paraId="67F83D55" w14:textId="4B467DD0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Jméno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a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příjmení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nájemce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/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podnájemce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bytu: </w:t>
            </w:r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___________________________________________</w:t>
            </w:r>
          </w:p>
          <w:p w14:paraId="66E89049" w14:textId="77777777" w:rsidR="005B51E8" w:rsidRPr="005B51E8" w:rsidRDefault="005B51E8">
            <w:pPr>
              <w:spacing w:after="0"/>
              <w:rPr>
                <w:rFonts w:asciiTheme="majorHAnsi" w:hAnsiTheme="majorHAnsi" w:cstheme="majorHAnsi"/>
                <w:b/>
                <w:sz w:val="22"/>
                <w:lang w:val="pl-PL"/>
              </w:rPr>
            </w:pPr>
          </w:p>
          <w:p w14:paraId="3955E2C9" w14:textId="20FEB814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Potvrzuji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,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že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žadatel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oprávněně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užívá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výše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uvedený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byt a v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souvislosti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s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jeho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užíváním</w:t>
            </w:r>
            <w:proofErr w:type="spellEnd"/>
            <w:r w:rsidRPr="005B51E8">
              <w:rPr>
                <w:rFonts w:asciiTheme="majorHAnsi" w:hAnsiTheme="majorHAnsi" w:cstheme="majorHAnsi"/>
                <w:b/>
                <w:sz w:val="22"/>
                <w:lang w:val="pl-PL"/>
              </w:rPr>
              <w:t>:</w:t>
            </w:r>
          </w:p>
          <w:p w14:paraId="2EEA0AFE" w14:textId="77777777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(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označte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správnou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možnost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)</w:t>
            </w:r>
          </w:p>
          <w:p w14:paraId="6AF45DF6" w14:textId="77777777" w:rsidR="005B51E8" w:rsidRPr="005B51E8" w:rsidRDefault="005B51E8">
            <w:pPr>
              <w:spacing w:after="0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14:paraId="63B4812C" w14:textId="77777777" w:rsidR="009374B5" w:rsidRPr="005B51E8" w:rsidRDefault="0048104F">
            <w:p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•  MÁ  –  NEMÁ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vůči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mé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osobě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dluhy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na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nájemném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nebo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službách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spojených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s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užíváním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bytu</w:t>
            </w:r>
          </w:p>
          <w:p w14:paraId="253E5E33" w14:textId="77777777" w:rsidR="005B51E8" w:rsidRPr="005B51E8" w:rsidRDefault="005B51E8">
            <w:p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14:paraId="1ECC5917" w14:textId="77777777" w:rsidR="009374B5" w:rsidRPr="005B51E8" w:rsidRDefault="0048104F">
            <w:p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•  PORUŠUJE  –  NEPORUŠUJE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dobré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mravy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v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domě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ani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jiné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nepeněžité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povinnosti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spojené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s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užíváním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bytu</w:t>
            </w:r>
          </w:p>
          <w:p w14:paraId="66AFE68D" w14:textId="77777777" w:rsidR="005B51E8" w:rsidRPr="005B51E8" w:rsidRDefault="005B51E8">
            <w:pPr>
              <w:spacing w:after="0" w:line="216" w:lineRule="auto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14:paraId="2082949C" w14:textId="77777777" w:rsidR="009374B5" w:rsidRPr="005B51E8" w:rsidRDefault="0048104F">
            <w:pPr>
              <w:spacing w:after="0"/>
              <w:jc w:val="right"/>
              <w:rPr>
                <w:rFonts w:asciiTheme="majorHAnsi" w:hAnsiTheme="majorHAnsi" w:cstheme="majorHAnsi"/>
                <w:sz w:val="22"/>
                <w:lang w:val="pl-PL"/>
              </w:rPr>
            </w:pP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Kontaktní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telefon pro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ověření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údajů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  <w:lang w:val="pl-PL"/>
              </w:rPr>
              <w:t>: ________________________</w:t>
            </w:r>
          </w:p>
          <w:p w14:paraId="1DC5E09C" w14:textId="77777777" w:rsidR="005B51E8" w:rsidRPr="005B51E8" w:rsidRDefault="005B51E8">
            <w:pPr>
              <w:spacing w:after="0"/>
              <w:jc w:val="right"/>
              <w:rPr>
                <w:rFonts w:asciiTheme="majorHAnsi" w:hAnsiTheme="majorHAnsi" w:cstheme="majorHAnsi"/>
                <w:sz w:val="22"/>
                <w:lang w:val="pl-PL"/>
              </w:rPr>
            </w:pPr>
          </w:p>
          <w:p w14:paraId="4C8BE290" w14:textId="77777777" w:rsidR="009374B5" w:rsidRPr="005B51E8" w:rsidRDefault="0048104F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5B51E8">
              <w:rPr>
                <w:rFonts w:asciiTheme="majorHAnsi" w:hAnsiTheme="majorHAnsi" w:cstheme="majorHAnsi"/>
                <w:sz w:val="22"/>
              </w:rPr>
              <w:t xml:space="preserve">Datum: ____________________        </w:t>
            </w:r>
            <w:proofErr w:type="spellStart"/>
            <w:r w:rsidRPr="005B51E8">
              <w:rPr>
                <w:rFonts w:asciiTheme="majorHAnsi" w:hAnsiTheme="majorHAnsi" w:cstheme="majorHAnsi"/>
                <w:sz w:val="22"/>
              </w:rPr>
              <w:t>podpis</w:t>
            </w:r>
            <w:proofErr w:type="spellEnd"/>
            <w:r w:rsidRPr="005B51E8">
              <w:rPr>
                <w:rFonts w:asciiTheme="majorHAnsi" w:hAnsiTheme="majorHAnsi" w:cstheme="majorHAnsi"/>
                <w:sz w:val="22"/>
              </w:rPr>
              <w:t>: ______________________________</w:t>
            </w:r>
          </w:p>
        </w:tc>
      </w:tr>
    </w:tbl>
    <w:p w14:paraId="3C04D278" w14:textId="77777777" w:rsidR="00B64A26" w:rsidRDefault="00B64A26">
      <w:pPr>
        <w:spacing w:before="40" w:after="0"/>
        <w:rPr>
          <w:rFonts w:asciiTheme="majorHAnsi" w:hAnsiTheme="majorHAnsi" w:cstheme="majorHAnsi"/>
          <w:b/>
          <w:sz w:val="18"/>
          <w:szCs w:val="18"/>
        </w:rPr>
      </w:pPr>
    </w:p>
    <w:p w14:paraId="10CACF84" w14:textId="35BD58CF" w:rsidR="009374B5" w:rsidRPr="005B51E8" w:rsidRDefault="0048104F">
      <w:pPr>
        <w:spacing w:before="40" w:after="0"/>
        <w:rPr>
          <w:rFonts w:asciiTheme="majorHAnsi" w:hAnsiTheme="majorHAnsi" w:cstheme="majorHAnsi"/>
          <w:sz w:val="18"/>
          <w:szCs w:val="18"/>
        </w:rPr>
      </w:pPr>
      <w:proofErr w:type="spellStart"/>
      <w:r w:rsidRPr="005B51E8">
        <w:rPr>
          <w:rFonts w:asciiTheme="majorHAnsi" w:hAnsiTheme="majorHAnsi" w:cstheme="majorHAnsi"/>
          <w:b/>
          <w:sz w:val="18"/>
          <w:szCs w:val="18"/>
        </w:rPr>
        <w:t>Poznámky</w:t>
      </w:r>
      <w:proofErr w:type="spellEnd"/>
      <w:r w:rsidRPr="005B51E8">
        <w:rPr>
          <w:rFonts w:asciiTheme="majorHAnsi" w:hAnsiTheme="majorHAnsi" w:cstheme="majorHAnsi"/>
          <w:b/>
          <w:sz w:val="18"/>
          <w:szCs w:val="18"/>
        </w:rPr>
        <w:t xml:space="preserve"> k </w:t>
      </w:r>
      <w:proofErr w:type="spellStart"/>
      <w:r w:rsidRPr="005B51E8">
        <w:rPr>
          <w:rFonts w:asciiTheme="majorHAnsi" w:hAnsiTheme="majorHAnsi" w:cstheme="majorHAnsi"/>
          <w:b/>
          <w:sz w:val="18"/>
          <w:szCs w:val="18"/>
        </w:rPr>
        <w:t>vyplnění</w:t>
      </w:r>
      <w:proofErr w:type="spellEnd"/>
      <w:r w:rsidRPr="005B51E8">
        <w:rPr>
          <w:rFonts w:asciiTheme="majorHAnsi" w:hAnsiTheme="majorHAnsi" w:cstheme="majorHAnsi"/>
          <w:b/>
          <w:sz w:val="18"/>
          <w:szCs w:val="18"/>
        </w:rPr>
        <w:t>:</w:t>
      </w:r>
    </w:p>
    <w:p w14:paraId="4F87B087" w14:textId="6F098FF9" w:rsidR="009374B5" w:rsidRPr="005B51E8" w:rsidRDefault="00B64A26">
      <w:pPr>
        <w:spacing w:after="0" w:line="192" w:lineRule="auto"/>
        <w:ind w:left="68"/>
        <w:rPr>
          <w:rFonts w:ascii="Calibri" w:hAnsi="Calibri" w:cs="Calibri"/>
          <w:sz w:val="18"/>
          <w:szCs w:val="18"/>
        </w:rPr>
      </w:pPr>
      <w:proofErr w:type="spellStart"/>
      <w:r>
        <w:rPr>
          <w:rFonts w:asciiTheme="majorHAnsi" w:hAnsiTheme="majorHAnsi" w:cstheme="majorHAnsi"/>
          <w:sz w:val="18"/>
          <w:szCs w:val="18"/>
        </w:rPr>
        <w:t>Potvrzení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se </w:t>
      </w:r>
      <w:proofErr w:type="spellStart"/>
      <w:r>
        <w:rPr>
          <w:rFonts w:asciiTheme="majorHAnsi" w:hAnsiTheme="majorHAnsi" w:cstheme="majorHAnsi"/>
          <w:sz w:val="18"/>
          <w:szCs w:val="18"/>
        </w:rPr>
        <w:t>vyplní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v </w:t>
      </w:r>
      <w:proofErr w:type="spellStart"/>
      <w:r>
        <w:rPr>
          <w:rFonts w:asciiTheme="majorHAnsi" w:hAnsiTheme="majorHAnsi" w:cstheme="majorHAnsi"/>
          <w:sz w:val="18"/>
          <w:szCs w:val="18"/>
        </w:rPr>
        <w:t>části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, </w:t>
      </w:r>
      <w:proofErr w:type="spellStart"/>
      <w:r>
        <w:rPr>
          <w:rFonts w:asciiTheme="majorHAnsi" w:hAnsiTheme="majorHAnsi" w:cstheme="majorHAnsi"/>
          <w:sz w:val="18"/>
          <w:szCs w:val="18"/>
        </w:rPr>
        <w:t>která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>
        <w:rPr>
          <w:rFonts w:asciiTheme="majorHAnsi" w:hAnsiTheme="majorHAnsi" w:cstheme="majorHAnsi"/>
          <w:sz w:val="18"/>
          <w:szCs w:val="18"/>
        </w:rPr>
        <w:t>odpovídá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>
        <w:rPr>
          <w:rFonts w:asciiTheme="majorHAnsi" w:hAnsiTheme="majorHAnsi" w:cstheme="majorHAnsi"/>
          <w:sz w:val="18"/>
          <w:szCs w:val="18"/>
        </w:rPr>
        <w:t>skutečnosti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(</w:t>
      </w:r>
      <w:proofErr w:type="spellStart"/>
      <w:r>
        <w:rPr>
          <w:rFonts w:asciiTheme="majorHAnsi" w:hAnsiTheme="majorHAnsi" w:cstheme="majorHAnsi"/>
          <w:sz w:val="18"/>
          <w:szCs w:val="18"/>
        </w:rPr>
        <w:t>výběr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>
        <w:rPr>
          <w:rFonts w:asciiTheme="majorHAnsi" w:hAnsiTheme="majorHAnsi" w:cstheme="majorHAnsi"/>
          <w:sz w:val="18"/>
          <w:szCs w:val="18"/>
        </w:rPr>
        <w:t>varianty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2 </w:t>
      </w:r>
      <w:proofErr w:type="spellStart"/>
      <w:r>
        <w:rPr>
          <w:rFonts w:asciiTheme="majorHAnsi" w:hAnsiTheme="majorHAnsi" w:cstheme="majorHAnsi"/>
          <w:sz w:val="18"/>
          <w:szCs w:val="18"/>
        </w:rPr>
        <w:t>nebo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3)</w:t>
      </w:r>
      <w:r w:rsidR="0048104F" w:rsidRPr="005B51E8">
        <w:rPr>
          <w:rFonts w:ascii="Calibri" w:hAnsi="Calibri" w:cs="Calibri"/>
          <w:sz w:val="18"/>
          <w:szCs w:val="18"/>
        </w:rPr>
        <w:t>.</w:t>
      </w:r>
    </w:p>
    <w:p w14:paraId="339F86D6" w14:textId="005AC828" w:rsidR="009374B5" w:rsidRPr="005B51E8" w:rsidRDefault="0048104F">
      <w:pPr>
        <w:spacing w:after="0" w:line="192" w:lineRule="auto"/>
        <w:ind w:left="68"/>
        <w:rPr>
          <w:rFonts w:ascii="Calibri" w:hAnsi="Calibri" w:cs="Calibri"/>
          <w:sz w:val="18"/>
          <w:szCs w:val="18"/>
        </w:rPr>
      </w:pPr>
      <w:r w:rsidRPr="005B51E8">
        <w:rPr>
          <w:rFonts w:ascii="Calibri" w:hAnsi="Calibri" w:cs="Calibri"/>
          <w:sz w:val="18"/>
          <w:szCs w:val="18"/>
        </w:rPr>
        <w:t xml:space="preserve">U jiného </w:t>
      </w:r>
      <w:proofErr w:type="spellStart"/>
      <w:r w:rsidRPr="005B51E8">
        <w:rPr>
          <w:rFonts w:ascii="Calibri" w:hAnsi="Calibri" w:cs="Calibri"/>
          <w:sz w:val="18"/>
          <w:szCs w:val="18"/>
        </w:rPr>
        <w:t>právního</w:t>
      </w:r>
      <w:proofErr w:type="spellEnd"/>
      <w:r w:rsidRPr="005B51E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5B51E8">
        <w:rPr>
          <w:rFonts w:ascii="Calibri" w:hAnsi="Calibri" w:cs="Calibri"/>
          <w:sz w:val="18"/>
          <w:szCs w:val="18"/>
        </w:rPr>
        <w:t>důvodu</w:t>
      </w:r>
      <w:proofErr w:type="spellEnd"/>
      <w:r w:rsidRPr="005B51E8">
        <w:rPr>
          <w:rFonts w:ascii="Calibri" w:hAnsi="Calibri" w:cs="Calibri"/>
          <w:sz w:val="18"/>
          <w:szCs w:val="18"/>
        </w:rPr>
        <w:t xml:space="preserve"> užívání budou požadované doklady posouzeny individuálně podle okolností.</w:t>
      </w:r>
    </w:p>
    <w:sectPr w:rsidR="009374B5" w:rsidRPr="005B51E8" w:rsidSect="005B51E8">
      <w:pgSz w:w="12240" w:h="15840"/>
      <w:pgMar w:top="284" w:right="652" w:bottom="284" w:left="652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BA2076"/>
    <w:multiLevelType w:val="hybridMultilevel"/>
    <w:tmpl w:val="304A0DC4"/>
    <w:lvl w:ilvl="0" w:tplc="4A309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124379">
    <w:abstractNumId w:val="8"/>
  </w:num>
  <w:num w:numId="2" w16cid:durableId="1637642359">
    <w:abstractNumId w:val="6"/>
  </w:num>
  <w:num w:numId="3" w16cid:durableId="1087731889">
    <w:abstractNumId w:val="5"/>
  </w:num>
  <w:num w:numId="4" w16cid:durableId="327712036">
    <w:abstractNumId w:val="4"/>
  </w:num>
  <w:num w:numId="5" w16cid:durableId="2036808526">
    <w:abstractNumId w:val="7"/>
  </w:num>
  <w:num w:numId="6" w16cid:durableId="533540717">
    <w:abstractNumId w:val="3"/>
  </w:num>
  <w:num w:numId="7" w16cid:durableId="199904337">
    <w:abstractNumId w:val="2"/>
  </w:num>
  <w:num w:numId="8" w16cid:durableId="1287086134">
    <w:abstractNumId w:val="1"/>
  </w:num>
  <w:num w:numId="9" w16cid:durableId="1174608286">
    <w:abstractNumId w:val="0"/>
  </w:num>
  <w:num w:numId="10" w16cid:durableId="1827863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A22"/>
    <w:rsid w:val="0015074B"/>
    <w:rsid w:val="0029639D"/>
    <w:rsid w:val="00326F90"/>
    <w:rsid w:val="0048104F"/>
    <w:rsid w:val="005B51E8"/>
    <w:rsid w:val="00752FD0"/>
    <w:rsid w:val="009374B5"/>
    <w:rsid w:val="009D1B66"/>
    <w:rsid w:val="00AA1D8D"/>
    <w:rsid w:val="00B47730"/>
    <w:rsid w:val="00B64A26"/>
    <w:rsid w:val="00CB0664"/>
    <w:rsid w:val="00EC07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C9FC20"/>
  <w14:defaultImageDpi w14:val="300"/>
  <w15:docId w15:val="{34226F47-5107-490C-AFC5-1B53A476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  <w:sz w:val="17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Kirschnerová Gabriela</cp:lastModifiedBy>
  <cp:revision>3</cp:revision>
  <dcterms:created xsi:type="dcterms:W3CDTF">2026-08-18T12:01:00Z</dcterms:created>
  <dcterms:modified xsi:type="dcterms:W3CDTF">2026-08-18T12:10:00Z</dcterms:modified>
  <cp:category/>
</cp:coreProperties>
</file>