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69BD" w14:textId="25BF15C5" w:rsidR="00D74781" w:rsidRPr="00CF10CE" w:rsidRDefault="001B6AA1" w:rsidP="00500F6F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ZÁKLADNÍ ÚDAJE O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7150F4" w:rsidRPr="00450BDC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3</w:t>
      </w:r>
      <w:r w:rsidR="00450BDC" w:rsidRPr="00450BDC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9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/2026</w:t>
      </w:r>
    </w:p>
    <w:p w14:paraId="7B05667A" w14:textId="77777777" w:rsidR="00D74781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193948F7" w14:textId="77777777" w:rsidR="00D74781" w:rsidRPr="00C57510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57510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067A2CB8" w14:textId="77777777" w:rsidR="00450BDC" w:rsidRPr="00450BDC" w:rsidRDefault="00450BDC" w:rsidP="00450BDC">
      <w:pPr>
        <w:pStyle w:val="Default"/>
        <w:jc w:val="center"/>
        <w:rPr>
          <w:rFonts w:ascii="Arial" w:hAnsi="Arial" w:cs="Arial"/>
          <w:b/>
          <w:bCs/>
          <w:sz w:val="36"/>
          <w:szCs w:val="36"/>
        </w:rPr>
      </w:pPr>
      <w:r w:rsidRPr="00450BDC">
        <w:rPr>
          <w:rFonts w:ascii="Arial" w:hAnsi="Arial" w:cs="Arial"/>
          <w:b/>
          <w:sz w:val="36"/>
          <w:szCs w:val="36"/>
        </w:rPr>
        <w:t>„Rekonstrukce střešního pláště bytového domu na ulici Křižíkova 2,4,6, Havířov–Město“</w:t>
      </w:r>
    </w:p>
    <w:p w14:paraId="6E701378" w14:textId="77777777" w:rsidR="002E29B7" w:rsidRPr="003F4AB7" w:rsidRDefault="002E29B7" w:rsidP="00E91B18">
      <w:pPr>
        <w:pStyle w:val="Default"/>
        <w:rPr>
          <w:rFonts w:ascii="Arial" w:hAnsi="Arial" w:cs="Arial"/>
          <w:b/>
          <w:sz w:val="16"/>
          <w:szCs w:val="16"/>
        </w:rPr>
      </w:pPr>
    </w:p>
    <w:p w14:paraId="3FEEBB4C" w14:textId="77777777" w:rsidR="00547EE8" w:rsidRDefault="00547EE8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2CC3AD0" w14:textId="77777777" w:rsidR="00C043AB" w:rsidRPr="00C043AB" w:rsidRDefault="00C043AB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2546"/>
        <w:gridCol w:w="3261"/>
      </w:tblGrid>
      <w:tr w:rsidR="007D0557" w14:paraId="7F78052F" w14:textId="77777777" w:rsidTr="007D0557">
        <w:tc>
          <w:tcPr>
            <w:tcW w:w="3049" w:type="dxa"/>
          </w:tcPr>
          <w:p w14:paraId="449436B7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F10CE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Identifikační údaje účastníka</w:t>
            </w:r>
            <w:r w:rsidRPr="0083004D"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2546" w:type="dxa"/>
          </w:tcPr>
          <w:p w14:paraId="570877E5" w14:textId="77777777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0503D7BC" w14:textId="4CF46661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042A1">
              <w:rPr>
                <w:rFonts w:ascii="Arial" w:eastAsia="Calibri" w:hAnsi="Arial" w:cs="Arial"/>
                <w:bCs/>
                <w:sz w:val="20"/>
                <w:szCs w:val="20"/>
              </w:rPr>
              <w:t>…………....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...........</w:t>
            </w:r>
          </w:p>
        </w:tc>
      </w:tr>
      <w:tr w:rsidR="007D0557" w14:paraId="53143D86" w14:textId="77777777" w:rsidTr="007D0557">
        <w:tc>
          <w:tcPr>
            <w:tcW w:w="3049" w:type="dxa"/>
          </w:tcPr>
          <w:p w14:paraId="3A6BD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2546" w:type="dxa"/>
          </w:tcPr>
          <w:p w14:paraId="5BE4B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7221F36" w14:textId="7AEC722A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060E926D" w14:textId="77777777" w:rsidTr="007D0557">
        <w:tc>
          <w:tcPr>
            <w:tcW w:w="3049" w:type="dxa"/>
          </w:tcPr>
          <w:p w14:paraId="4A890E87" w14:textId="770895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2546" w:type="dxa"/>
          </w:tcPr>
          <w:p w14:paraId="7B643A9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FF2A83" w14:textId="714B9371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……….</w:t>
            </w:r>
          </w:p>
        </w:tc>
      </w:tr>
      <w:tr w:rsidR="007D0557" w14:paraId="5D030A6F" w14:textId="77777777" w:rsidTr="007D0557">
        <w:tc>
          <w:tcPr>
            <w:tcW w:w="3049" w:type="dxa"/>
          </w:tcPr>
          <w:p w14:paraId="0828E18A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3AAB84FD" w14:textId="34E90A2F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781400DD" w14:textId="134CB8EB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2546" w:type="dxa"/>
          </w:tcPr>
          <w:p w14:paraId="77506111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D76B8B6" w14:textId="4F291D28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65C5F7EF" w14:textId="510D5020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32721100" w14:textId="125168B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5A185F88" w14:textId="77777777" w:rsidTr="007D0557">
        <w:tc>
          <w:tcPr>
            <w:tcW w:w="3049" w:type="dxa"/>
          </w:tcPr>
          <w:p w14:paraId="58B43192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2546" w:type="dxa"/>
          </w:tcPr>
          <w:p w14:paraId="239B7C0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3DE8170" w14:textId="61A8CBB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2C446ACF" w14:textId="77777777" w:rsidTr="007D0557">
        <w:tc>
          <w:tcPr>
            <w:tcW w:w="3049" w:type="dxa"/>
          </w:tcPr>
          <w:p w14:paraId="7415C6E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2546" w:type="dxa"/>
          </w:tcPr>
          <w:p w14:paraId="658A7C8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27DB990" w14:textId="1EF2D96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7D0557" w14:paraId="7366C32D" w14:textId="77777777" w:rsidTr="007D0557">
        <w:tc>
          <w:tcPr>
            <w:tcW w:w="3049" w:type="dxa"/>
          </w:tcPr>
          <w:p w14:paraId="57C24218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2546" w:type="dxa"/>
          </w:tcPr>
          <w:p w14:paraId="0D1368A6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26E7AB8" w14:textId="0CD972BD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7D0557" w14:paraId="004D38EE" w14:textId="77777777" w:rsidTr="007D0557">
        <w:tc>
          <w:tcPr>
            <w:tcW w:w="3049" w:type="dxa"/>
          </w:tcPr>
          <w:p w14:paraId="485A897D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2546" w:type="dxa"/>
          </w:tcPr>
          <w:p w14:paraId="397D124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5948DD" w14:textId="3CA24D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56D39DBA" w14:textId="77777777" w:rsidTr="007D0557">
        <w:tc>
          <w:tcPr>
            <w:tcW w:w="3049" w:type="dxa"/>
          </w:tcPr>
          <w:p w14:paraId="2D8DB27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2546" w:type="dxa"/>
          </w:tcPr>
          <w:p w14:paraId="665CCF5F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054FD0" w14:textId="0E33700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</w:tbl>
    <w:p w14:paraId="58986289" w14:textId="77777777" w:rsidR="00110A93" w:rsidRPr="00110A93" w:rsidRDefault="00110A93" w:rsidP="007064F2">
      <w:pPr>
        <w:ind w:left="3600" w:hanging="623"/>
        <w:rPr>
          <w:rFonts w:ascii="Arial" w:eastAsia="Calibri" w:hAnsi="Arial" w:cs="Arial"/>
          <w:b/>
          <w:bCs/>
          <w:sz w:val="16"/>
          <w:szCs w:val="16"/>
          <w:u w:val="single"/>
        </w:rPr>
      </w:pPr>
    </w:p>
    <w:p w14:paraId="571DF45A" w14:textId="0BAF212D" w:rsidR="00C57510" w:rsidRPr="00C441DD" w:rsidRDefault="00C57510" w:rsidP="00110A93">
      <w:pPr>
        <w:ind w:left="3686" w:hanging="4253"/>
        <w:rPr>
          <w:rFonts w:ascii="Arial" w:hAnsi="Arial" w:cs="Arial"/>
          <w:b/>
          <w:sz w:val="20"/>
          <w:szCs w:val="20"/>
        </w:rPr>
      </w:pPr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>Nabídnutá cena</w:t>
      </w:r>
      <w:bookmarkStart w:id="0" w:name="_Hlk96678743"/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bez DPH</w:t>
      </w:r>
      <w:bookmarkEnd w:id="0"/>
      <w:r w:rsidRPr="00C441DD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            N</w:t>
      </w:r>
      <w:r w:rsidRPr="00C441DD">
        <w:rPr>
          <w:rFonts w:ascii="Arial" w:hAnsi="Arial" w:cs="Arial"/>
          <w:b/>
          <w:color w:val="000000"/>
          <w:sz w:val="20"/>
          <w:szCs w:val="20"/>
        </w:rPr>
        <w:t xml:space="preserve">EUVÁDĚT,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cena bude </w:t>
      </w:r>
      <w:r w:rsidRPr="00C441DD">
        <w:rPr>
          <w:rFonts w:ascii="Arial" w:hAnsi="Arial" w:cs="Arial"/>
          <w:b/>
          <w:color w:val="000000"/>
          <w:sz w:val="20"/>
          <w:szCs w:val="20"/>
        </w:rPr>
        <w:t>uvedena v návrhu Sm</w:t>
      </w:r>
      <w:r>
        <w:rPr>
          <w:rFonts w:ascii="Arial" w:hAnsi="Arial" w:cs="Arial"/>
          <w:b/>
          <w:color w:val="000000"/>
          <w:sz w:val="20"/>
          <w:szCs w:val="20"/>
        </w:rPr>
        <w:t>louvy o dílo.</w:t>
      </w:r>
    </w:p>
    <w:p w14:paraId="333401A7" w14:textId="64F84D4A" w:rsidR="00C57510" w:rsidRPr="00450BDC" w:rsidRDefault="00450BDC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Záruční doba (v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letech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)</w:t>
      </w:r>
      <w:r w:rsidR="00C57510"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: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</w:t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                                                   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7064F2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</w:p>
    <w:p w14:paraId="6D303F27" w14:textId="001273AC" w:rsidR="00C57510" w:rsidRPr="00450BDC" w:rsidRDefault="00450BDC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Referenční listy z obdobných realizací</w:t>
      </w: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(ks)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:     </w:t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                             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7064F2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</w:p>
    <w:p w14:paraId="6EF3B30D" w14:textId="6FBF6ED0" w:rsidR="00C57510" w:rsidRPr="00450BDC" w:rsidRDefault="00450BDC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Délka realizace díla</w:t>
      </w: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(v k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alendářních dnech):</w:t>
      </w:r>
      <w:r w:rsidR="00E91B18" w:rsidRPr="00450BDC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E91B18" w:rsidRPr="00450BDC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 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       </w:t>
      </w:r>
      <w:r w:rsidRPr="00450BDC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</w:t>
      </w:r>
    </w:p>
    <w:p w14:paraId="305229AA" w14:textId="77777777" w:rsidR="00450BDC" w:rsidRDefault="00450BDC" w:rsidP="007064F2">
      <w:pPr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Revize +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servis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záchytného systému po dobu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záruky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</w:p>
    <w:p w14:paraId="1628EB8B" w14:textId="79F9ADA3" w:rsidR="00C57510" w:rsidRPr="00450BDC" w:rsidRDefault="00450BDC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na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náklady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zhotovitele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(ano, ne): 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</w:t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                                    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  </w:t>
      </w:r>
      <w:r w:rsidR="00110A93" w:rsidRPr="00450BDC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r w:rsidR="00C57510" w:rsidRPr="00450BDC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</w:p>
    <w:p w14:paraId="3EAA27C8" w14:textId="77777777" w:rsidR="00450BDC" w:rsidRDefault="00450BDC" w:rsidP="00450BDC">
      <w:pPr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Nad rámec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výkazu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výměr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bude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provedena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i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oprava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</w:p>
    <w:p w14:paraId="0018B652" w14:textId="1A4E2D63" w:rsidR="007064F2" w:rsidRPr="00450BDC" w:rsidRDefault="00450BDC" w:rsidP="00450BDC">
      <w:pPr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svislé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části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hromosvodu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Pr="00450BD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>dle předložené PD</w:t>
      </w:r>
      <w:r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 (ano, ne)</w:t>
      </w:r>
      <w:r w:rsidR="007064F2" w:rsidRPr="00450BD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>:</w:t>
      </w:r>
      <w:r w:rsidR="007064F2" w:rsidRPr="00450BD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                      </w:t>
      </w:r>
      <w:r w:rsidR="007064F2" w:rsidRPr="00450BD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 </w:t>
      </w:r>
      <w:r w:rsidR="00110A93" w:rsidRPr="00450BD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 </w:t>
      </w:r>
      <w:r w:rsidR="007064F2" w:rsidRPr="00450BDC">
        <w:rPr>
          <w:rFonts w:ascii="Arial" w:hAnsi="Arial" w:cs="Arial"/>
          <w:b/>
          <w:bCs/>
          <w:sz w:val="20"/>
          <w:szCs w:val="20"/>
          <w:lang w:val="cs-CZ"/>
        </w:rPr>
        <w:t>……………………</w:t>
      </w:r>
      <w:r w:rsidR="00110A93" w:rsidRPr="00450BDC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</w:p>
    <w:p w14:paraId="55077D37" w14:textId="10652CD3" w:rsidR="007064F2" w:rsidRPr="007064F2" w:rsidRDefault="00450BDC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</w:rPr>
        <w:t>Nejbližší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</w:rPr>
        <w:t>termín</w:t>
      </w:r>
      <w:proofErr w:type="spellEnd"/>
      <w:r w:rsidRPr="00450BD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450BDC">
        <w:rPr>
          <w:rFonts w:ascii="Arial" w:hAnsi="Arial" w:cs="Arial"/>
          <w:b/>
          <w:bCs/>
          <w:color w:val="000000"/>
          <w:sz w:val="20"/>
          <w:szCs w:val="20"/>
        </w:rPr>
        <w:t>nástupu</w:t>
      </w:r>
      <w:proofErr w:type="spellEnd"/>
      <w:r w:rsid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:</w:t>
      </w:r>
      <w:r w:rsid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 w:rsid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  <w:t xml:space="preserve">      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                                                     </w:t>
      </w:r>
      <w:r w:rsid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 </w:t>
      </w:r>
      <w:r w:rsidR="00110A93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7064F2" w:rsidRPr="00A327F8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110A93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</w:p>
    <w:p w14:paraId="4AD1946D" w14:textId="14756163" w:rsidR="007064F2" w:rsidRPr="005C2108" w:rsidRDefault="007064F2" w:rsidP="005C2108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6AF112" w14:textId="77777777" w:rsidR="00110A93" w:rsidRPr="005C2108" w:rsidRDefault="00110A93" w:rsidP="007064F2">
      <w:pPr>
        <w:pStyle w:val="Bezmezer"/>
        <w:ind w:hanging="623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FEC6310" w14:textId="77777777" w:rsidR="007064F2" w:rsidRPr="005C2108" w:rsidRDefault="007064F2" w:rsidP="007064F2">
      <w:pPr>
        <w:pStyle w:val="Bezmezer"/>
        <w:ind w:hanging="623"/>
        <w:rPr>
          <w:rFonts w:ascii="Arial" w:hAnsi="Arial" w:cs="Arial"/>
          <w:color w:val="000000"/>
          <w:sz w:val="16"/>
          <w:szCs w:val="16"/>
        </w:rPr>
      </w:pPr>
    </w:p>
    <w:p w14:paraId="12A54445" w14:textId="1DB7C23C" w:rsidR="00323739" w:rsidRPr="00673D01" w:rsidRDefault="002E29B7" w:rsidP="005C2108">
      <w:pPr>
        <w:ind w:hanging="623"/>
        <w:rPr>
          <w:rFonts w:ascii="Arial" w:hAnsi="Arial" w:cs="Arial"/>
          <w:b/>
          <w:sz w:val="20"/>
          <w:szCs w:val="20"/>
        </w:rPr>
      </w:pPr>
      <w:r w:rsidRPr="00673D01">
        <w:rPr>
          <w:rFonts w:ascii="Arial" w:hAnsi="Arial" w:cs="Arial"/>
          <w:b/>
          <w:sz w:val="20"/>
          <w:szCs w:val="20"/>
        </w:rPr>
        <w:t>Přílohou budou doloženy doklady ke splnění kvalifikačních kritérií</w:t>
      </w:r>
      <w:r w:rsidR="007064F2" w:rsidRPr="00673D01">
        <w:rPr>
          <w:rFonts w:ascii="Arial" w:hAnsi="Arial" w:cs="Arial"/>
          <w:b/>
          <w:sz w:val="20"/>
          <w:szCs w:val="20"/>
        </w:rPr>
        <w:t xml:space="preserve"> </w:t>
      </w:r>
    </w:p>
    <w:p w14:paraId="520086FD" w14:textId="4E5C7D52" w:rsidR="002E29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2E29B7">
        <w:rPr>
          <w:rFonts w:ascii="Arial" w:hAnsi="Arial" w:cs="Arial"/>
          <w:sz w:val="20"/>
          <w:szCs w:val="20"/>
          <w:lang w:val="pl-PL"/>
        </w:rPr>
        <w:t>V………….. dne…………...2026</w:t>
      </w:r>
    </w:p>
    <w:p w14:paraId="6C323AE3" w14:textId="77777777" w:rsidR="005C2108" w:rsidRDefault="005C2108" w:rsidP="002E29B7">
      <w:pPr>
        <w:rPr>
          <w:rFonts w:ascii="Arial" w:hAnsi="Arial" w:cs="Arial"/>
          <w:sz w:val="20"/>
          <w:szCs w:val="20"/>
          <w:lang w:val="pl-PL"/>
        </w:rPr>
      </w:pPr>
    </w:p>
    <w:p w14:paraId="11FF29C3" w14:textId="491A0E88" w:rsidR="00D74781" w:rsidRPr="00110A93" w:rsidRDefault="009E3040">
      <w:pPr>
        <w:rPr>
          <w:rFonts w:ascii="Arial" w:hAnsi="Arial" w:cs="Arial"/>
          <w:sz w:val="20"/>
          <w:szCs w:val="20"/>
          <w:lang w:val="pl-PL"/>
        </w:rPr>
      </w:pPr>
      <w:r w:rsidRPr="0034453D">
        <w:rPr>
          <w:rFonts w:ascii="Arial" w:hAnsi="Arial" w:cs="Arial"/>
          <w:sz w:val="20"/>
          <w:szCs w:val="20"/>
          <w:lang w:val="pl-PL"/>
        </w:rPr>
        <w:t xml:space="preserve">  </w:t>
      </w:r>
      <w:r w:rsidR="0020075C">
        <w:rPr>
          <w:lang w:val="pl-PL"/>
        </w:rPr>
        <w:t xml:space="preserve">                                                                                                                        </w:t>
      </w:r>
      <w:r w:rsidR="00462753">
        <w:rPr>
          <w:lang w:val="pl-PL"/>
        </w:rPr>
        <w:t xml:space="preserve"> </w:t>
      </w:r>
      <w:r w:rsidR="0020075C" w:rsidRPr="00462753">
        <w:rPr>
          <w:rFonts w:ascii="Arial" w:hAnsi="Arial" w:cs="Arial"/>
          <w:sz w:val="20"/>
          <w:szCs w:val="20"/>
          <w:lang w:val="pl-PL"/>
        </w:rPr>
        <w:t>..........................................</w:t>
      </w:r>
      <w:r w:rsidR="0020075C" w:rsidRPr="00C441DD">
        <w:rPr>
          <w:lang w:val="pl-PL"/>
        </w:rPr>
        <w:br/>
      </w:r>
      <w:r w:rsidR="0020075C" w:rsidRPr="009E3040">
        <w:rPr>
          <w:rFonts w:ascii="Arial" w:hAnsi="Arial" w:cs="Arial"/>
          <w:lang w:val="pl-PL"/>
        </w:rPr>
        <w:t xml:space="preserve">                                                                                               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razítko a</w:t>
      </w:r>
      <w:r w:rsidRPr="0034453D">
        <w:rPr>
          <w:rFonts w:ascii="Arial" w:hAnsi="Arial" w:cs="Arial"/>
          <w:sz w:val="20"/>
          <w:szCs w:val="20"/>
          <w:lang w:val="pl-PL"/>
        </w:rPr>
        <w:t xml:space="preserve">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podpis účastníka</w:t>
      </w:r>
    </w:p>
    <w:sectPr w:rsidR="00D74781" w:rsidRPr="00110A93" w:rsidSect="00C441DD">
      <w:pgSz w:w="12240" w:h="15840"/>
      <w:pgMar w:top="851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B413D"/>
    <w:multiLevelType w:val="hybridMultilevel"/>
    <w:tmpl w:val="48D0A0F0"/>
    <w:lvl w:ilvl="0" w:tplc="6A329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378123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255"/>
    <w:rsid w:val="0006063C"/>
    <w:rsid w:val="00064A2E"/>
    <w:rsid w:val="000D5096"/>
    <w:rsid w:val="00110A93"/>
    <w:rsid w:val="0015074B"/>
    <w:rsid w:val="001B6AA1"/>
    <w:rsid w:val="001F5A07"/>
    <w:rsid w:val="0020075C"/>
    <w:rsid w:val="00245963"/>
    <w:rsid w:val="00250AF6"/>
    <w:rsid w:val="00270A2F"/>
    <w:rsid w:val="00275ED9"/>
    <w:rsid w:val="002770D5"/>
    <w:rsid w:val="0029639D"/>
    <w:rsid w:val="002C150F"/>
    <w:rsid w:val="002E29B7"/>
    <w:rsid w:val="002F083E"/>
    <w:rsid w:val="00323739"/>
    <w:rsid w:val="00326F90"/>
    <w:rsid w:val="0034453D"/>
    <w:rsid w:val="003B1C1F"/>
    <w:rsid w:val="003E79FC"/>
    <w:rsid w:val="003F1231"/>
    <w:rsid w:val="003F4AB7"/>
    <w:rsid w:val="00450BDC"/>
    <w:rsid w:val="00462753"/>
    <w:rsid w:val="004845B6"/>
    <w:rsid w:val="00500F6F"/>
    <w:rsid w:val="00547EE8"/>
    <w:rsid w:val="00567233"/>
    <w:rsid w:val="00575475"/>
    <w:rsid w:val="00581E71"/>
    <w:rsid w:val="00597462"/>
    <w:rsid w:val="005B13DE"/>
    <w:rsid w:val="005B535F"/>
    <w:rsid w:val="005C2108"/>
    <w:rsid w:val="0061762C"/>
    <w:rsid w:val="00673D01"/>
    <w:rsid w:val="00683A3F"/>
    <w:rsid w:val="007064F2"/>
    <w:rsid w:val="00714D56"/>
    <w:rsid w:val="007150F4"/>
    <w:rsid w:val="00716ADE"/>
    <w:rsid w:val="0072465B"/>
    <w:rsid w:val="007663A1"/>
    <w:rsid w:val="00767210"/>
    <w:rsid w:val="0078058E"/>
    <w:rsid w:val="007D0557"/>
    <w:rsid w:val="00843560"/>
    <w:rsid w:val="0084754F"/>
    <w:rsid w:val="008E410C"/>
    <w:rsid w:val="00922690"/>
    <w:rsid w:val="00967E83"/>
    <w:rsid w:val="009D62F9"/>
    <w:rsid w:val="009E3040"/>
    <w:rsid w:val="009F1C66"/>
    <w:rsid w:val="00A042A1"/>
    <w:rsid w:val="00A327F8"/>
    <w:rsid w:val="00AA1D8D"/>
    <w:rsid w:val="00B04597"/>
    <w:rsid w:val="00B30D96"/>
    <w:rsid w:val="00B4399D"/>
    <w:rsid w:val="00B47730"/>
    <w:rsid w:val="00B64C06"/>
    <w:rsid w:val="00B94357"/>
    <w:rsid w:val="00C043AB"/>
    <w:rsid w:val="00C32B79"/>
    <w:rsid w:val="00C441DD"/>
    <w:rsid w:val="00C57510"/>
    <w:rsid w:val="00CB0664"/>
    <w:rsid w:val="00CD1856"/>
    <w:rsid w:val="00CE5F45"/>
    <w:rsid w:val="00CF10CE"/>
    <w:rsid w:val="00D74781"/>
    <w:rsid w:val="00D81F26"/>
    <w:rsid w:val="00E542E3"/>
    <w:rsid w:val="00E63CEB"/>
    <w:rsid w:val="00E91B18"/>
    <w:rsid w:val="00EB4203"/>
    <w:rsid w:val="00EE60FD"/>
    <w:rsid w:val="00F35AC7"/>
    <w:rsid w:val="00F62893"/>
    <w:rsid w:val="00F84929"/>
    <w:rsid w:val="00FC693F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8C60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link w:val="BezmezerChar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  <w:style w:type="character" w:customStyle="1" w:styleId="BezmezerChar">
    <w:name w:val="Bez mezer Char"/>
    <w:link w:val="Bezmezer"/>
    <w:uiPriority w:val="1"/>
    <w:rsid w:val="00706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235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41</cp:revision>
  <cp:lastPrinted>2026-06-03T15:04:00Z</cp:lastPrinted>
  <dcterms:created xsi:type="dcterms:W3CDTF">2013-12-23T23:15:00Z</dcterms:created>
  <dcterms:modified xsi:type="dcterms:W3CDTF">2026-11-05T13:34:00Z</dcterms:modified>
  <cp:category/>
</cp:coreProperties>
</file>